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EB697" w14:textId="77777777" w:rsidR="003876FD" w:rsidRPr="003F6700" w:rsidRDefault="00692A4A">
      <w:pPr>
        <w:keepNext/>
        <w:spacing w:before="240"/>
        <w:jc w:val="center"/>
        <w:rPr>
          <w:lang w:val="ru-RU"/>
        </w:rPr>
      </w:pPr>
      <w:r w:rsidRPr="003F6700">
        <w:rPr>
          <w:b/>
          <w:color w:val="1F3864"/>
          <w:sz w:val="28"/>
          <w:lang w:val="ru-RU"/>
        </w:rPr>
        <w:t>ПОЛИТИКА</w:t>
      </w:r>
    </w:p>
    <w:p w14:paraId="3C5F6957" w14:textId="77777777" w:rsidR="003876FD" w:rsidRPr="003F6700" w:rsidRDefault="00692A4A">
      <w:pPr>
        <w:keepNext/>
        <w:spacing w:before="240"/>
        <w:jc w:val="center"/>
        <w:rPr>
          <w:lang w:val="ru-RU"/>
        </w:rPr>
      </w:pPr>
      <w:r w:rsidRPr="003F6700">
        <w:rPr>
          <w:b/>
          <w:color w:val="1F3864"/>
          <w:sz w:val="28"/>
          <w:lang w:val="ru-RU"/>
        </w:rPr>
        <w:t>защиты и обработки персональных данных пользователей сайта</w:t>
      </w:r>
    </w:p>
    <w:p w14:paraId="33590812" w14:textId="77777777" w:rsidR="003876FD" w:rsidRPr="003F6700" w:rsidRDefault="00692A4A">
      <w:pPr>
        <w:spacing w:after="240"/>
        <w:jc w:val="center"/>
        <w:rPr>
          <w:lang w:val="ru-RU"/>
        </w:rPr>
      </w:pPr>
      <w:r w:rsidRPr="003F6700">
        <w:rPr>
          <w:color w:val="2E74B5"/>
          <w:lang w:val="ru-RU"/>
        </w:rPr>
        <w:t>━━━━━━━━━━━━━━━━━━━━━━━━━━━━━━━━━━━━━━━</w:t>
      </w:r>
    </w:p>
    <w:p w14:paraId="79976FBB" w14:textId="77777777" w:rsidR="003876FD" w:rsidRPr="003F6700" w:rsidRDefault="00692A4A" w:rsidP="0053288A">
      <w:pPr>
        <w:keepNext/>
        <w:spacing w:after="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>1. ОБЩИЕ ПОЛОЖЕНИЯ</w:t>
      </w:r>
    </w:p>
    <w:p w14:paraId="41A646EE" w14:textId="77777777" w:rsidR="003876FD" w:rsidRPr="003F6700" w:rsidRDefault="00692A4A" w:rsidP="0053288A">
      <w:pPr>
        <w:spacing w:after="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1.1. </w:t>
      </w:r>
      <w:r w:rsidRPr="003F6700">
        <w:rPr>
          <w:color w:val="202020"/>
          <w:lang w:val="ru-RU"/>
        </w:rPr>
        <w:t xml:space="preserve">Настоящая Политика защиты и обработки персональных данных пользователей сайта </w:t>
      </w:r>
      <w:r w:rsidR="0053288A" w:rsidRPr="0053288A">
        <w:rPr>
          <w:color w:val="202020"/>
          <w:lang w:val="ru-RU"/>
        </w:rPr>
        <w:t xml:space="preserve">: </w:t>
      </w:r>
      <w:r w:rsidR="0053288A" w:rsidRPr="0053288A">
        <w:rPr>
          <w:color w:val="FF0000"/>
        </w:rPr>
        <w:t>https</w:t>
      </w:r>
      <w:r w:rsidR="0053288A" w:rsidRPr="0053288A">
        <w:rPr>
          <w:color w:val="FF0000"/>
          <w:lang w:val="ru-RU"/>
        </w:rPr>
        <w:t>://</w:t>
      </w:r>
      <w:proofErr w:type="spellStart"/>
      <w:r w:rsidR="0053288A" w:rsidRPr="0053288A">
        <w:rPr>
          <w:color w:val="FF0000"/>
        </w:rPr>
        <w:t>pastukhov</w:t>
      </w:r>
      <w:proofErr w:type="spellEnd"/>
      <w:r w:rsidR="0053288A" w:rsidRPr="0053288A">
        <w:rPr>
          <w:color w:val="FF0000"/>
          <w:lang w:val="ru-RU"/>
        </w:rPr>
        <w:t>-</w:t>
      </w:r>
      <w:proofErr w:type="spellStart"/>
      <w:r w:rsidR="0053288A" w:rsidRPr="0053288A">
        <w:rPr>
          <w:color w:val="FF0000"/>
        </w:rPr>
        <w:t>ochenvkusno</w:t>
      </w:r>
      <w:proofErr w:type="spellEnd"/>
      <w:r w:rsidR="0053288A" w:rsidRPr="0053288A">
        <w:rPr>
          <w:color w:val="FF0000"/>
          <w:lang w:val="ru-RU"/>
        </w:rPr>
        <w:t>.</w:t>
      </w:r>
      <w:proofErr w:type="spellStart"/>
      <w:r w:rsidR="0053288A" w:rsidRPr="0053288A">
        <w:rPr>
          <w:color w:val="FF0000"/>
        </w:rPr>
        <w:t>ru</w:t>
      </w:r>
      <w:proofErr w:type="spellEnd"/>
      <w:r w:rsidR="0053288A" w:rsidRPr="0053288A">
        <w:rPr>
          <w:color w:val="FF0000"/>
          <w:lang w:val="ru-RU"/>
        </w:rPr>
        <w:t xml:space="preserve"> </w:t>
      </w:r>
      <w:r w:rsidR="003F6700" w:rsidRPr="0053288A">
        <w:rPr>
          <w:i/>
          <w:iCs/>
          <w:color w:val="202020"/>
          <w:lang w:val="ru-RU"/>
        </w:rPr>
        <w:t>(далее — Сайт)</w:t>
      </w:r>
      <w:r w:rsidR="003F6700" w:rsidRPr="003F6700">
        <w:rPr>
          <w:color w:val="202020"/>
          <w:lang w:val="ru-RU"/>
        </w:rPr>
        <w:t xml:space="preserve"> </w:t>
      </w:r>
      <w:r w:rsidRPr="003F6700">
        <w:rPr>
          <w:color w:val="202020"/>
          <w:lang w:val="ru-RU"/>
        </w:rPr>
        <w:t xml:space="preserve">разработана </w:t>
      </w:r>
      <w:r w:rsidR="003F6700" w:rsidRPr="003F6700">
        <w:rPr>
          <w:color w:val="202020"/>
          <w:lang w:val="ru-RU"/>
        </w:rPr>
        <w:t xml:space="preserve">Обществом с ограниченной ответственностью «Первый </w:t>
      </w:r>
      <w:proofErr w:type="spellStart"/>
      <w:r w:rsidR="003F6700" w:rsidRPr="003F6700">
        <w:rPr>
          <w:color w:val="202020"/>
          <w:lang w:val="ru-RU"/>
        </w:rPr>
        <w:t>шоколатье</w:t>
      </w:r>
      <w:proofErr w:type="spellEnd"/>
      <w:r w:rsidR="003F6700" w:rsidRPr="003F6700">
        <w:rPr>
          <w:color w:val="202020"/>
          <w:lang w:val="ru-RU"/>
        </w:rPr>
        <w:t xml:space="preserve">» - «Завод </w:t>
      </w:r>
      <w:proofErr w:type="spellStart"/>
      <w:r w:rsidR="003F6700" w:rsidRPr="003F6700">
        <w:rPr>
          <w:color w:val="202020"/>
          <w:lang w:val="ru-RU"/>
        </w:rPr>
        <w:t>геронтодиетологического</w:t>
      </w:r>
      <w:proofErr w:type="spellEnd"/>
      <w:r w:rsidR="003F6700" w:rsidRPr="003F6700">
        <w:rPr>
          <w:color w:val="202020"/>
          <w:lang w:val="ru-RU"/>
        </w:rPr>
        <w:t xml:space="preserve">, детского и органического питания имени В.П. Пастухова» </w:t>
      </w:r>
      <w:r w:rsidR="003F6700" w:rsidRPr="0053288A">
        <w:rPr>
          <w:i/>
          <w:iCs/>
          <w:color w:val="202020"/>
          <w:lang w:val="ru-RU"/>
        </w:rPr>
        <w:t>(далее по тексту — «Оператор» или «Общество»)</w:t>
      </w:r>
      <w:r w:rsidR="003F6700" w:rsidRPr="003F6700">
        <w:rPr>
          <w:color w:val="202020"/>
          <w:lang w:val="ru-RU"/>
        </w:rPr>
        <w:t xml:space="preserve"> </w:t>
      </w:r>
      <w:r w:rsidRPr="003F6700">
        <w:rPr>
          <w:color w:val="202020"/>
          <w:lang w:val="ru-RU"/>
        </w:rPr>
        <w:t xml:space="preserve">во исполнение требований п. 2 ч. 1 ст. 18.1 Федерального закона от 27.07.2006 № 152-ФЗ «О персональных данных» </w:t>
      </w:r>
      <w:r w:rsidRPr="0053288A">
        <w:rPr>
          <w:i/>
          <w:iCs/>
          <w:color w:val="202020"/>
          <w:lang w:val="ru-RU"/>
        </w:rPr>
        <w:t>(далее по тексту — Закон о персональных данных)</w:t>
      </w:r>
      <w:r w:rsidRPr="003F6700">
        <w:rPr>
          <w:color w:val="202020"/>
          <w:lang w:val="ru-RU"/>
        </w:rPr>
        <w:t xml:space="preserve"> в целях обеспечения защиты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14:paraId="22FBE4D1" w14:textId="77777777" w:rsidR="003876FD" w:rsidRDefault="00692A4A" w:rsidP="0053288A">
      <w:pPr>
        <w:spacing w:after="0"/>
        <w:jc w:val="both"/>
        <w:rPr>
          <w:color w:val="202020"/>
          <w:lang w:val="ru-RU"/>
        </w:rPr>
      </w:pPr>
      <w:r w:rsidRPr="003F6700">
        <w:rPr>
          <w:b/>
          <w:color w:val="2E74B5"/>
          <w:lang w:val="ru-RU"/>
        </w:rPr>
        <w:t xml:space="preserve">1.2. </w:t>
      </w:r>
      <w:r w:rsidRPr="003F6700">
        <w:rPr>
          <w:color w:val="202020"/>
          <w:lang w:val="ru-RU"/>
        </w:rPr>
        <w:t>Настоящая Политика применяется ко всей информации, которую Оператор получает о посетителях Сайта.</w:t>
      </w:r>
    </w:p>
    <w:p w14:paraId="3485DCED" w14:textId="77777777" w:rsidR="0053288A" w:rsidRPr="003F6700" w:rsidRDefault="0053288A" w:rsidP="0053288A">
      <w:pPr>
        <w:spacing w:after="0"/>
        <w:jc w:val="both"/>
        <w:rPr>
          <w:lang w:val="ru-RU"/>
        </w:rPr>
      </w:pPr>
    </w:p>
    <w:p w14:paraId="0E793004" w14:textId="77777777" w:rsidR="003876FD" w:rsidRPr="003F6700" w:rsidRDefault="00692A4A" w:rsidP="0053288A">
      <w:pPr>
        <w:keepNext/>
        <w:spacing w:after="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2. ИСПОЛЬЗОВАНИЕ ФАЙЛОВ </w:t>
      </w:r>
      <w:r>
        <w:rPr>
          <w:b/>
          <w:color w:val="2E74B5"/>
        </w:rPr>
        <w:t>COOKIE</w:t>
      </w:r>
    </w:p>
    <w:p w14:paraId="5A33BA9B" w14:textId="77777777" w:rsidR="003876FD" w:rsidRPr="003F6700" w:rsidRDefault="00692A4A" w:rsidP="0053288A">
      <w:pPr>
        <w:spacing w:after="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2.1. </w:t>
      </w:r>
      <w:r w:rsidRPr="003F6700">
        <w:rPr>
          <w:color w:val="202020"/>
          <w:lang w:val="ru-RU"/>
        </w:rPr>
        <w:t xml:space="preserve">Файлы </w:t>
      </w:r>
      <w:r>
        <w:rPr>
          <w:color w:val="202020"/>
        </w:rPr>
        <w:t>cookie</w:t>
      </w:r>
      <w:r w:rsidRPr="003F6700">
        <w:rPr>
          <w:color w:val="202020"/>
          <w:lang w:val="ru-RU"/>
        </w:rPr>
        <w:t xml:space="preserve"> — это небольшие текстовые файлы, которые сервер сохраняет через браузер на пользовательском компьютере или мобильном устройстве при посещении сайта.</w:t>
      </w:r>
    </w:p>
    <w:p w14:paraId="0D8AAC25" w14:textId="77777777" w:rsidR="003876FD" w:rsidRPr="003F6700" w:rsidRDefault="00692A4A" w:rsidP="0053288A">
      <w:pPr>
        <w:spacing w:after="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2.2. </w:t>
      </w:r>
      <w:r w:rsidRPr="003F6700">
        <w:rPr>
          <w:color w:val="202020"/>
          <w:lang w:val="ru-RU"/>
        </w:rPr>
        <w:t xml:space="preserve">Сайт использует следующие типы </w:t>
      </w:r>
      <w:r>
        <w:rPr>
          <w:color w:val="202020"/>
        </w:rPr>
        <w:t>cookie</w:t>
      </w:r>
      <w:r w:rsidRPr="003F6700">
        <w:rPr>
          <w:color w:val="202020"/>
          <w:lang w:val="ru-RU"/>
        </w:rPr>
        <w:t>:</w:t>
      </w:r>
    </w:p>
    <w:p w14:paraId="1BFAC722" w14:textId="77777777" w:rsidR="003876FD" w:rsidRPr="003F6700" w:rsidRDefault="00692A4A" w:rsidP="0053288A">
      <w:pPr>
        <w:spacing w:after="0"/>
        <w:ind w:left="720" w:hanging="24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1. </w:t>
      </w:r>
      <w:r w:rsidRPr="003F6700">
        <w:rPr>
          <w:color w:val="202020"/>
          <w:lang w:val="ru-RU"/>
        </w:rPr>
        <w:t>Технические (строго необходимые): обеспечивают корректную работу Сайта и навигацию по нему.</w:t>
      </w:r>
    </w:p>
    <w:p w14:paraId="7EB625F6" w14:textId="77777777" w:rsidR="003876FD" w:rsidRPr="003F6700" w:rsidRDefault="00692A4A" w:rsidP="0053288A">
      <w:pPr>
        <w:spacing w:after="0"/>
        <w:ind w:left="720" w:hanging="24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2. </w:t>
      </w:r>
      <w:r w:rsidRPr="003F6700">
        <w:rPr>
          <w:color w:val="202020"/>
          <w:lang w:val="ru-RU"/>
        </w:rPr>
        <w:t xml:space="preserve">Аналитические (метрические): позволяют собирать информацию о том, как Пользователи взаимодействуют с Сайтом (используются сервисы </w:t>
      </w:r>
      <w:proofErr w:type="spellStart"/>
      <w:r w:rsidRPr="003F6700">
        <w:rPr>
          <w:color w:val="202020"/>
          <w:lang w:val="ru-RU"/>
        </w:rPr>
        <w:t>Яндекс.Метрика</w:t>
      </w:r>
      <w:proofErr w:type="spellEnd"/>
      <w:r w:rsidRPr="003F6700">
        <w:rPr>
          <w:color w:val="202020"/>
          <w:lang w:val="ru-RU"/>
        </w:rPr>
        <w:t xml:space="preserve"> и др.) для улучшения контента.</w:t>
      </w:r>
    </w:p>
    <w:p w14:paraId="2CDB3A91" w14:textId="77777777" w:rsidR="003876FD" w:rsidRDefault="00692A4A" w:rsidP="0053288A">
      <w:pPr>
        <w:spacing w:after="0"/>
        <w:ind w:left="720" w:hanging="240"/>
        <w:jc w:val="both"/>
        <w:rPr>
          <w:color w:val="202020"/>
          <w:lang w:val="ru-RU"/>
        </w:rPr>
      </w:pPr>
      <w:r w:rsidRPr="003F6700">
        <w:rPr>
          <w:b/>
          <w:color w:val="2E74B5"/>
          <w:lang w:val="ru-RU"/>
        </w:rPr>
        <w:t xml:space="preserve">3. </w:t>
      </w:r>
      <w:r w:rsidRPr="003F6700">
        <w:rPr>
          <w:color w:val="202020"/>
          <w:lang w:val="ru-RU"/>
        </w:rPr>
        <w:t>Функциональные: используются для запоминания предпочтений Пользователя.</w:t>
      </w:r>
    </w:p>
    <w:p w14:paraId="71628B3D" w14:textId="77777777" w:rsidR="0053288A" w:rsidRPr="003F6700" w:rsidRDefault="0053288A" w:rsidP="0053288A">
      <w:pPr>
        <w:spacing w:after="0"/>
        <w:ind w:left="720" w:hanging="240"/>
        <w:jc w:val="both"/>
        <w:rPr>
          <w:lang w:val="ru-RU"/>
        </w:rPr>
      </w:pPr>
    </w:p>
    <w:p w14:paraId="6C8496B2" w14:textId="77777777" w:rsidR="003876FD" w:rsidRPr="003F6700" w:rsidRDefault="00692A4A" w:rsidP="0053288A">
      <w:pPr>
        <w:keepNext/>
        <w:spacing w:after="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3. СОГЛАСИЕ НА ИСПОЛЬЗОВАНИЕ ФАЙЛОВ </w:t>
      </w:r>
      <w:r>
        <w:rPr>
          <w:b/>
          <w:color w:val="2E74B5"/>
        </w:rPr>
        <w:t>COOKIE</w:t>
      </w:r>
    </w:p>
    <w:p w14:paraId="35962E77" w14:textId="77777777" w:rsidR="003876FD" w:rsidRPr="003F6700" w:rsidRDefault="00692A4A" w:rsidP="0053288A">
      <w:pPr>
        <w:spacing w:after="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3.1. </w:t>
      </w:r>
      <w:r w:rsidRPr="003F6700">
        <w:rPr>
          <w:color w:val="202020"/>
          <w:lang w:val="ru-RU"/>
        </w:rPr>
        <w:t xml:space="preserve">При первом посещении Сайта Оператор в обязательном порядке запрашивает согласие Пользователя на использование файлов </w:t>
      </w:r>
      <w:r>
        <w:rPr>
          <w:color w:val="202020"/>
        </w:rPr>
        <w:t>cookie</w:t>
      </w:r>
      <w:r w:rsidRPr="003F6700">
        <w:rPr>
          <w:color w:val="202020"/>
          <w:lang w:val="ru-RU"/>
        </w:rPr>
        <w:t xml:space="preserve"> с помощью всплывающего баннера. Пользователь даёт согласие на использование Сайтом файлов </w:t>
      </w:r>
      <w:r>
        <w:rPr>
          <w:color w:val="202020"/>
        </w:rPr>
        <w:t>cookie</w:t>
      </w:r>
      <w:r w:rsidRPr="003F6700">
        <w:rPr>
          <w:color w:val="202020"/>
          <w:lang w:val="ru-RU"/>
        </w:rPr>
        <w:t xml:space="preserve"> и иных метаданных путём проставления отметки в специально отведённом поле на всплывающем информационном баннере. Данное действие является достаточным подтверждением свободного и самостоятельного волеизъявления Пользователя на обработку указанных данных в целях, предусмотренных настоящей Политикой.</w:t>
      </w:r>
    </w:p>
    <w:p w14:paraId="5D815230" w14:textId="77777777" w:rsidR="003876FD" w:rsidRDefault="00692A4A" w:rsidP="0053288A">
      <w:pPr>
        <w:spacing w:after="0"/>
        <w:jc w:val="both"/>
        <w:rPr>
          <w:color w:val="202020"/>
          <w:lang w:val="ru-RU"/>
        </w:rPr>
      </w:pPr>
      <w:r w:rsidRPr="003F6700">
        <w:rPr>
          <w:b/>
          <w:color w:val="2E74B5"/>
          <w:lang w:val="ru-RU"/>
        </w:rPr>
        <w:t xml:space="preserve">3.2. </w:t>
      </w:r>
      <w:r w:rsidRPr="003F6700">
        <w:rPr>
          <w:color w:val="202020"/>
          <w:lang w:val="ru-RU"/>
        </w:rPr>
        <w:t xml:space="preserve">Пользователь может в любой момент изменить настройки своего браузера и заблокировать передачу файлов </w:t>
      </w:r>
      <w:r>
        <w:rPr>
          <w:color w:val="202020"/>
        </w:rPr>
        <w:t>cookie</w:t>
      </w:r>
      <w:r w:rsidRPr="003F6700">
        <w:rPr>
          <w:color w:val="202020"/>
          <w:lang w:val="ru-RU"/>
        </w:rPr>
        <w:t xml:space="preserve"> или удалить уже сохранённые файлы. Инструкции по настройке доступны в справочных разделах популярных браузеров (</w:t>
      </w:r>
      <w:r>
        <w:rPr>
          <w:color w:val="202020"/>
        </w:rPr>
        <w:t>Chrome</w:t>
      </w:r>
      <w:r w:rsidRPr="003F6700">
        <w:rPr>
          <w:color w:val="202020"/>
          <w:lang w:val="ru-RU"/>
        </w:rPr>
        <w:t xml:space="preserve">, </w:t>
      </w:r>
      <w:r>
        <w:rPr>
          <w:color w:val="202020"/>
        </w:rPr>
        <w:t>Safari</w:t>
      </w:r>
      <w:r w:rsidRPr="003F6700">
        <w:rPr>
          <w:color w:val="202020"/>
          <w:lang w:val="ru-RU"/>
        </w:rPr>
        <w:t xml:space="preserve">, </w:t>
      </w:r>
      <w:r>
        <w:rPr>
          <w:color w:val="202020"/>
        </w:rPr>
        <w:t>Firefox</w:t>
      </w:r>
      <w:r w:rsidRPr="003F6700">
        <w:rPr>
          <w:color w:val="202020"/>
          <w:lang w:val="ru-RU"/>
        </w:rPr>
        <w:t xml:space="preserve">, </w:t>
      </w:r>
      <w:r>
        <w:rPr>
          <w:color w:val="202020"/>
        </w:rPr>
        <w:t>Opera</w:t>
      </w:r>
      <w:r w:rsidRPr="003F6700">
        <w:rPr>
          <w:color w:val="202020"/>
          <w:lang w:val="ru-RU"/>
        </w:rPr>
        <w:t xml:space="preserve">, </w:t>
      </w:r>
      <w:proofErr w:type="spellStart"/>
      <w:r w:rsidRPr="003F6700">
        <w:rPr>
          <w:color w:val="202020"/>
          <w:lang w:val="ru-RU"/>
        </w:rPr>
        <w:t>Яндекс.Браузер</w:t>
      </w:r>
      <w:proofErr w:type="spellEnd"/>
      <w:r w:rsidRPr="003F6700">
        <w:rPr>
          <w:color w:val="202020"/>
          <w:lang w:val="ru-RU"/>
        </w:rPr>
        <w:t>).</w:t>
      </w:r>
    </w:p>
    <w:p w14:paraId="453AD5CD" w14:textId="77777777" w:rsidR="0053288A" w:rsidRPr="003F6700" w:rsidRDefault="0053288A" w:rsidP="0053288A">
      <w:pPr>
        <w:spacing w:after="0"/>
        <w:jc w:val="both"/>
        <w:rPr>
          <w:lang w:val="ru-RU"/>
        </w:rPr>
      </w:pPr>
    </w:p>
    <w:p w14:paraId="7D28F58E" w14:textId="77777777" w:rsidR="003876FD" w:rsidRPr="003F6700" w:rsidRDefault="00692A4A" w:rsidP="0053288A">
      <w:pPr>
        <w:keepNext/>
        <w:spacing w:after="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4. СОСТАВ СОБИРАЕМЫХ ДАННЫХ ПРИ СБОРЕ </w:t>
      </w:r>
      <w:r>
        <w:rPr>
          <w:b/>
          <w:color w:val="2E74B5"/>
        </w:rPr>
        <w:t>COOKIE</w:t>
      </w:r>
    </w:p>
    <w:p w14:paraId="276151DB" w14:textId="77777777" w:rsidR="003876FD" w:rsidRPr="003F6700" w:rsidRDefault="00692A4A" w:rsidP="0053288A">
      <w:pPr>
        <w:spacing w:after="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4.1. </w:t>
      </w:r>
      <w:r w:rsidRPr="003F6700">
        <w:rPr>
          <w:color w:val="202020"/>
          <w:lang w:val="ru-RU"/>
        </w:rPr>
        <w:t xml:space="preserve">Через файлы </w:t>
      </w:r>
      <w:r>
        <w:rPr>
          <w:color w:val="202020"/>
        </w:rPr>
        <w:t>cookie</w:t>
      </w:r>
      <w:r w:rsidRPr="003F6700">
        <w:rPr>
          <w:color w:val="202020"/>
          <w:lang w:val="ru-RU"/>
        </w:rPr>
        <w:t xml:space="preserve"> и сервисы веб-аналитики обрабатываются следующие категории персональных данных:</w:t>
      </w:r>
    </w:p>
    <w:p w14:paraId="5B8E0F68" w14:textId="77777777" w:rsidR="003876FD" w:rsidRPr="003F6700" w:rsidRDefault="00692A4A" w:rsidP="0053288A">
      <w:pPr>
        <w:spacing w:after="0"/>
        <w:ind w:left="720" w:hanging="24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1. </w:t>
      </w:r>
      <w:r>
        <w:rPr>
          <w:color w:val="202020"/>
        </w:rPr>
        <w:t>IP</w:t>
      </w:r>
      <w:r w:rsidRPr="003F6700">
        <w:rPr>
          <w:color w:val="202020"/>
          <w:lang w:val="ru-RU"/>
        </w:rPr>
        <w:t>-адрес Пользователя;</w:t>
      </w:r>
    </w:p>
    <w:p w14:paraId="73F1E23E" w14:textId="77777777" w:rsidR="003876FD" w:rsidRPr="003F6700" w:rsidRDefault="00692A4A" w:rsidP="0053288A">
      <w:pPr>
        <w:spacing w:after="0"/>
        <w:ind w:left="720" w:hanging="24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2. </w:t>
      </w:r>
      <w:r w:rsidRPr="003F6700">
        <w:rPr>
          <w:color w:val="202020"/>
          <w:lang w:val="ru-RU"/>
        </w:rPr>
        <w:t>тип и версия браузера;</w:t>
      </w:r>
    </w:p>
    <w:p w14:paraId="21816015" w14:textId="77777777" w:rsidR="003876FD" w:rsidRPr="003F6700" w:rsidRDefault="00692A4A" w:rsidP="0053288A">
      <w:pPr>
        <w:spacing w:after="0"/>
        <w:ind w:left="720" w:hanging="24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3. </w:t>
      </w:r>
      <w:r w:rsidRPr="003F6700">
        <w:rPr>
          <w:color w:val="202020"/>
          <w:lang w:val="ru-RU"/>
        </w:rPr>
        <w:t>тип устройства и разрешение экрана;</w:t>
      </w:r>
    </w:p>
    <w:p w14:paraId="7B4FCD55" w14:textId="77777777" w:rsidR="003876FD" w:rsidRPr="003F6700" w:rsidRDefault="00692A4A" w:rsidP="0053288A">
      <w:pPr>
        <w:spacing w:after="0"/>
        <w:ind w:left="720" w:hanging="24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4. </w:t>
      </w:r>
      <w:r w:rsidRPr="003F6700">
        <w:rPr>
          <w:color w:val="202020"/>
          <w:lang w:val="ru-RU"/>
        </w:rPr>
        <w:t>источник перехода на сайт (реклама, поиск, ссылка);</w:t>
      </w:r>
    </w:p>
    <w:p w14:paraId="3F852F90" w14:textId="77777777" w:rsidR="003876FD" w:rsidRDefault="00692A4A" w:rsidP="0053288A">
      <w:pPr>
        <w:spacing w:after="0"/>
        <w:ind w:left="720" w:hanging="240"/>
        <w:jc w:val="both"/>
        <w:rPr>
          <w:color w:val="202020"/>
          <w:lang w:val="ru-RU"/>
        </w:rPr>
      </w:pPr>
      <w:r w:rsidRPr="003F6700">
        <w:rPr>
          <w:b/>
          <w:color w:val="2E74B5"/>
          <w:lang w:val="ru-RU"/>
        </w:rPr>
        <w:lastRenderedPageBreak/>
        <w:t xml:space="preserve">5. </w:t>
      </w:r>
      <w:r w:rsidRPr="003F6700">
        <w:rPr>
          <w:color w:val="202020"/>
          <w:lang w:val="ru-RU"/>
        </w:rPr>
        <w:t>сведения о действиях на Сайте (просмотренные страницы, нажатые кнопки).</w:t>
      </w:r>
    </w:p>
    <w:p w14:paraId="737E808D" w14:textId="77777777" w:rsidR="0053288A" w:rsidRPr="003F6700" w:rsidRDefault="0053288A" w:rsidP="0053288A">
      <w:pPr>
        <w:spacing w:after="0"/>
        <w:ind w:left="720" w:hanging="240"/>
        <w:jc w:val="both"/>
        <w:rPr>
          <w:lang w:val="ru-RU"/>
        </w:rPr>
      </w:pPr>
    </w:p>
    <w:p w14:paraId="571687E0" w14:textId="77777777" w:rsidR="003876FD" w:rsidRPr="003F6700" w:rsidRDefault="00692A4A" w:rsidP="0053288A">
      <w:pPr>
        <w:keepNext/>
        <w:spacing w:after="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5. ЦЕЛИ ОБРАБОТКИ ДАННЫХ ПРИ СБОРЕ </w:t>
      </w:r>
      <w:r>
        <w:rPr>
          <w:b/>
          <w:color w:val="2E74B5"/>
        </w:rPr>
        <w:t>COOKIE</w:t>
      </w:r>
    </w:p>
    <w:p w14:paraId="16677086" w14:textId="77777777" w:rsidR="003876FD" w:rsidRPr="003F6700" w:rsidRDefault="00692A4A" w:rsidP="0053288A">
      <w:pPr>
        <w:spacing w:after="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5.1. </w:t>
      </w:r>
      <w:r w:rsidRPr="003F6700">
        <w:rPr>
          <w:color w:val="202020"/>
          <w:lang w:val="ru-RU"/>
        </w:rPr>
        <w:t xml:space="preserve">Цель обработки файлов </w:t>
      </w:r>
      <w:r>
        <w:rPr>
          <w:color w:val="202020"/>
        </w:rPr>
        <w:t>cookie</w:t>
      </w:r>
      <w:r w:rsidRPr="003F6700">
        <w:rPr>
          <w:color w:val="202020"/>
          <w:lang w:val="ru-RU"/>
        </w:rPr>
        <w:t xml:space="preserve"> — улучшение работы Сайта, повышение удобства его использования, анализ эффективности маркетинговых кампаний и обеспечение безопасности Сайта.</w:t>
      </w:r>
    </w:p>
    <w:p w14:paraId="1954777C" w14:textId="77777777" w:rsidR="003876FD" w:rsidRDefault="00692A4A" w:rsidP="0053288A">
      <w:pPr>
        <w:spacing w:after="0"/>
        <w:jc w:val="both"/>
        <w:rPr>
          <w:color w:val="202020"/>
          <w:lang w:val="ru-RU"/>
        </w:rPr>
      </w:pPr>
      <w:r w:rsidRPr="003F6700">
        <w:rPr>
          <w:b/>
          <w:color w:val="2E74B5"/>
          <w:lang w:val="ru-RU"/>
        </w:rPr>
        <w:t xml:space="preserve">5.2. </w:t>
      </w:r>
      <w:r w:rsidRPr="003F6700">
        <w:rPr>
          <w:color w:val="202020"/>
          <w:lang w:val="ru-RU"/>
        </w:rPr>
        <w:t xml:space="preserve">Оператор не использует </w:t>
      </w:r>
      <w:r>
        <w:rPr>
          <w:color w:val="202020"/>
        </w:rPr>
        <w:t>cookie</w:t>
      </w:r>
      <w:r w:rsidRPr="003F6700">
        <w:rPr>
          <w:color w:val="202020"/>
          <w:lang w:val="ru-RU"/>
        </w:rPr>
        <w:t xml:space="preserve"> для идентификации конкретного физического лица (не собирает ФИО, адрес, паспортные данные через </w:t>
      </w:r>
      <w:r>
        <w:rPr>
          <w:color w:val="202020"/>
        </w:rPr>
        <w:t>cookie</w:t>
      </w:r>
      <w:r w:rsidRPr="003F6700">
        <w:rPr>
          <w:color w:val="202020"/>
          <w:lang w:val="ru-RU"/>
        </w:rPr>
        <w:t>).</w:t>
      </w:r>
    </w:p>
    <w:p w14:paraId="5878895E" w14:textId="77777777" w:rsidR="0053288A" w:rsidRPr="003F6700" w:rsidRDefault="0053288A" w:rsidP="0053288A">
      <w:pPr>
        <w:spacing w:after="0"/>
        <w:jc w:val="both"/>
        <w:rPr>
          <w:lang w:val="ru-RU"/>
        </w:rPr>
      </w:pPr>
    </w:p>
    <w:p w14:paraId="233AB344" w14:textId="77777777" w:rsidR="003876FD" w:rsidRPr="003F6700" w:rsidRDefault="00692A4A" w:rsidP="0053288A">
      <w:pPr>
        <w:keepNext/>
        <w:spacing w:after="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>6. ОБРАБОТКА ПЕРСОНАЛЬНЫХ ДАННЫХ, ПЕРЕДАВАЕМЫХ ПОЛЬЗОВАТЕЛЯМИ ЧЕРЕЗ ФОРМЫ САЙТА</w:t>
      </w:r>
    </w:p>
    <w:p w14:paraId="1DFC028F" w14:textId="77777777" w:rsidR="003876FD" w:rsidRPr="003F6700" w:rsidRDefault="00692A4A" w:rsidP="0053288A">
      <w:pPr>
        <w:spacing w:after="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6.1. </w:t>
      </w:r>
      <w:r w:rsidRPr="003F6700">
        <w:rPr>
          <w:color w:val="202020"/>
          <w:lang w:val="ru-RU"/>
        </w:rPr>
        <w:t>Субъектами персональных данных в соответствии с настоящим разделом Политики являются пользователи Сайта, заполнившие формы обратной связи и иные формы, размещённые на Сайте.</w:t>
      </w:r>
    </w:p>
    <w:p w14:paraId="67FAED08" w14:textId="482ADC7F" w:rsidR="003876FD" w:rsidRPr="003F6700" w:rsidRDefault="00692A4A" w:rsidP="0053288A">
      <w:pPr>
        <w:spacing w:after="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6.2. </w:t>
      </w:r>
      <w:r w:rsidRPr="003F6700">
        <w:rPr>
          <w:b/>
          <w:color w:val="202020"/>
          <w:lang w:val="ru-RU"/>
        </w:rPr>
        <w:t>Обработка персональных данных через форм</w:t>
      </w:r>
      <w:r w:rsidR="00231B25">
        <w:rPr>
          <w:b/>
          <w:color w:val="202020"/>
          <w:lang w:val="ru-RU"/>
        </w:rPr>
        <w:t>ы</w:t>
      </w:r>
      <w:r w:rsidRPr="003F6700">
        <w:rPr>
          <w:b/>
          <w:color w:val="202020"/>
          <w:lang w:val="ru-RU"/>
        </w:rPr>
        <w:t xml:space="preserve"> </w:t>
      </w:r>
      <w:r w:rsidR="00231B25">
        <w:rPr>
          <w:b/>
          <w:color w:val="202020"/>
          <w:lang w:val="ru-RU"/>
        </w:rPr>
        <w:t>«</w:t>
      </w:r>
      <w:r w:rsidRPr="003F6700">
        <w:rPr>
          <w:b/>
          <w:color w:val="202020"/>
          <w:lang w:val="ru-RU"/>
        </w:rPr>
        <w:t>обратн</w:t>
      </w:r>
      <w:r w:rsidR="00231B25">
        <w:rPr>
          <w:b/>
          <w:color w:val="202020"/>
          <w:lang w:val="ru-RU"/>
        </w:rPr>
        <w:t>ая</w:t>
      </w:r>
      <w:r w:rsidRPr="003F6700">
        <w:rPr>
          <w:b/>
          <w:color w:val="202020"/>
          <w:lang w:val="ru-RU"/>
        </w:rPr>
        <w:t xml:space="preserve"> связ</w:t>
      </w:r>
      <w:r w:rsidR="00231B25">
        <w:rPr>
          <w:b/>
          <w:color w:val="202020"/>
          <w:lang w:val="ru-RU"/>
        </w:rPr>
        <w:t>ь», «предложить продукт», «оставить отзыв» (далее форма/ы обратной связи)</w:t>
      </w:r>
      <w:r w:rsidRPr="003F6700">
        <w:rPr>
          <w:b/>
          <w:color w:val="202020"/>
          <w:lang w:val="ru-RU"/>
        </w:rPr>
        <w:t>.</w:t>
      </w:r>
    </w:p>
    <w:p w14:paraId="206437E1" w14:textId="77777777" w:rsidR="003876FD" w:rsidRPr="003F6700" w:rsidRDefault="00692A4A" w:rsidP="0053288A">
      <w:pPr>
        <w:spacing w:after="0"/>
        <w:ind w:left="36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6.2.1. </w:t>
      </w:r>
      <w:r w:rsidRPr="003F6700">
        <w:rPr>
          <w:color w:val="202020"/>
          <w:lang w:val="ru-RU"/>
        </w:rPr>
        <w:t>Состав обрабатываемых персональных данных:</w:t>
      </w:r>
    </w:p>
    <w:p w14:paraId="3FC082C3" w14:textId="77777777" w:rsidR="003876FD" w:rsidRPr="003F6700" w:rsidRDefault="00692A4A" w:rsidP="0053288A">
      <w:pPr>
        <w:spacing w:after="0"/>
        <w:ind w:left="720" w:hanging="240"/>
        <w:jc w:val="both"/>
        <w:rPr>
          <w:lang w:val="ru-RU"/>
        </w:rPr>
      </w:pPr>
      <w:r w:rsidRPr="003F6700">
        <w:rPr>
          <w:color w:val="2E74B5"/>
          <w:lang w:val="ru-RU"/>
        </w:rPr>
        <w:t xml:space="preserve">• </w:t>
      </w:r>
      <w:r w:rsidRPr="003F6700">
        <w:rPr>
          <w:color w:val="202020"/>
          <w:lang w:val="ru-RU"/>
        </w:rPr>
        <w:t>фамилия, имя;</w:t>
      </w:r>
    </w:p>
    <w:p w14:paraId="57654C61" w14:textId="77777777" w:rsidR="003876FD" w:rsidRPr="003F6700" w:rsidRDefault="00692A4A" w:rsidP="0053288A">
      <w:pPr>
        <w:spacing w:after="0"/>
        <w:ind w:left="720" w:hanging="240"/>
        <w:jc w:val="both"/>
        <w:rPr>
          <w:lang w:val="ru-RU"/>
        </w:rPr>
      </w:pPr>
      <w:r w:rsidRPr="003F6700">
        <w:rPr>
          <w:color w:val="2E74B5"/>
          <w:lang w:val="ru-RU"/>
        </w:rPr>
        <w:t xml:space="preserve">• </w:t>
      </w:r>
      <w:r w:rsidRPr="003F6700">
        <w:rPr>
          <w:color w:val="202020"/>
          <w:lang w:val="ru-RU"/>
        </w:rPr>
        <w:t>адрес электронной почты;</w:t>
      </w:r>
    </w:p>
    <w:p w14:paraId="64300166" w14:textId="77777777" w:rsidR="003876FD" w:rsidRPr="003F6700" w:rsidRDefault="00692A4A" w:rsidP="0053288A">
      <w:pPr>
        <w:spacing w:after="0"/>
        <w:ind w:left="720" w:hanging="240"/>
        <w:jc w:val="both"/>
        <w:rPr>
          <w:lang w:val="ru-RU"/>
        </w:rPr>
      </w:pPr>
      <w:r w:rsidRPr="003F6700">
        <w:rPr>
          <w:color w:val="2E74B5"/>
          <w:lang w:val="ru-RU"/>
        </w:rPr>
        <w:t xml:space="preserve">• </w:t>
      </w:r>
      <w:r w:rsidRPr="003F6700">
        <w:rPr>
          <w:color w:val="202020"/>
          <w:lang w:val="ru-RU"/>
        </w:rPr>
        <w:t>регион (место нахождения/проживания).</w:t>
      </w:r>
    </w:p>
    <w:p w14:paraId="20B28FEE" w14:textId="77777777" w:rsidR="003876FD" w:rsidRPr="003F6700" w:rsidRDefault="00692A4A" w:rsidP="0053288A">
      <w:pPr>
        <w:spacing w:after="0"/>
        <w:ind w:left="36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6.2.2. </w:t>
      </w:r>
      <w:r w:rsidRPr="003F6700">
        <w:rPr>
          <w:color w:val="202020"/>
          <w:lang w:val="ru-RU"/>
        </w:rPr>
        <w:t>Цель обработки — обеспечение внешних и внутренних коммуникаций, а также обработка претензий потребителей (в том числе в соответствии с Законом РФ от 07.02.1992 № 2300-1 «О защите прав потребителей»).</w:t>
      </w:r>
    </w:p>
    <w:p w14:paraId="7D486A2F" w14:textId="14E3744F" w:rsidR="003876FD" w:rsidRPr="003F6700" w:rsidRDefault="00692A4A" w:rsidP="0053288A">
      <w:pPr>
        <w:spacing w:after="0"/>
        <w:ind w:left="36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6.2.3. </w:t>
      </w:r>
      <w:r w:rsidRPr="003F6700">
        <w:rPr>
          <w:color w:val="202020"/>
          <w:lang w:val="ru-RU"/>
        </w:rPr>
        <w:t>Обработка персональных данных, вводимых в форм</w:t>
      </w:r>
      <w:r w:rsidR="00231B25">
        <w:rPr>
          <w:color w:val="202020"/>
          <w:lang w:val="ru-RU"/>
        </w:rPr>
        <w:t>ы</w:t>
      </w:r>
      <w:r w:rsidRPr="003F6700">
        <w:rPr>
          <w:color w:val="202020"/>
          <w:lang w:val="ru-RU"/>
        </w:rPr>
        <w:t xml:space="preserve"> обратной связи, осуществляется Оператором на основании добровольного, информированного согласия субъекта персональных данных, выраженного проставлением отметки (галочки) в специальном поле формы при её отправке. Проставление отметки подтверждает, что субъект ознакомлен с настоящей Политикой и даёт согласие на обработку указанных персональных данных в целях, предусмотренных п. 6.2.2. При отсутствии отметки отправка формы и обработка персональных данных не производятся.</w:t>
      </w:r>
    </w:p>
    <w:p w14:paraId="5E1E8D46" w14:textId="77777777" w:rsidR="003876FD" w:rsidRPr="003F6700" w:rsidRDefault="00692A4A" w:rsidP="0053288A">
      <w:pPr>
        <w:spacing w:after="0"/>
        <w:ind w:left="36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6.2.4. </w:t>
      </w:r>
      <w:r w:rsidRPr="003F6700">
        <w:rPr>
          <w:color w:val="202020"/>
          <w:lang w:val="ru-RU"/>
        </w:rPr>
        <w:t xml:space="preserve">Согласие может быть отозвано субъектом в любое время путём направления соответствующего заявления Оператору по адресу электронной почты: </w:t>
      </w:r>
      <w:r w:rsidR="003F6700" w:rsidRPr="003F6700">
        <w:rPr>
          <w:color w:val="202020"/>
          <w:lang w:val="ru-RU"/>
        </w:rPr>
        <w:t>news@1st-choco.ru</w:t>
      </w:r>
      <w:r w:rsidRPr="003F6700">
        <w:rPr>
          <w:color w:val="202020"/>
          <w:lang w:val="ru-RU"/>
        </w:rPr>
        <w:t>. Отзыв согласия не влияет на законность обработки, осуществлённой до момента его получения.</w:t>
      </w:r>
    </w:p>
    <w:p w14:paraId="551EAE8A" w14:textId="0CD8EC90" w:rsidR="003876FD" w:rsidRPr="003F6700" w:rsidRDefault="00692A4A" w:rsidP="0053288A">
      <w:pPr>
        <w:spacing w:after="0"/>
        <w:ind w:left="360"/>
        <w:jc w:val="both"/>
        <w:rPr>
          <w:lang w:val="ru-RU"/>
        </w:rPr>
      </w:pPr>
      <w:bookmarkStart w:id="0" w:name="_Hlk242694566"/>
      <w:r w:rsidRPr="003F6700">
        <w:rPr>
          <w:b/>
          <w:color w:val="2E74B5"/>
          <w:lang w:val="ru-RU"/>
        </w:rPr>
        <w:t xml:space="preserve">6.2.5. </w:t>
      </w:r>
      <w:r w:rsidRPr="003F6700">
        <w:rPr>
          <w:color w:val="202020"/>
          <w:lang w:val="ru-RU"/>
        </w:rPr>
        <w:t xml:space="preserve">Оператор собирает данные путём заполнения пользователем Сайта </w:t>
      </w:r>
      <w:r w:rsidR="00231B25">
        <w:rPr>
          <w:color w:val="202020"/>
          <w:lang w:val="ru-RU"/>
        </w:rPr>
        <w:t xml:space="preserve">соответствующей </w:t>
      </w:r>
      <w:r w:rsidRPr="003F6700">
        <w:rPr>
          <w:color w:val="202020"/>
          <w:lang w:val="ru-RU"/>
        </w:rPr>
        <w:t>форм</w:t>
      </w:r>
      <w:r w:rsidR="00231B25">
        <w:rPr>
          <w:color w:val="202020"/>
          <w:lang w:val="ru-RU"/>
        </w:rPr>
        <w:t>ы</w:t>
      </w:r>
      <w:r w:rsidRPr="003F6700">
        <w:rPr>
          <w:color w:val="202020"/>
          <w:lang w:val="ru-RU"/>
        </w:rPr>
        <w:t xml:space="preserve"> обратной связи</w:t>
      </w:r>
      <w:r w:rsidR="00231B25">
        <w:rPr>
          <w:color w:val="202020"/>
          <w:lang w:val="ru-RU"/>
        </w:rPr>
        <w:t>, размещенной по одному из следующих адресов:</w:t>
      </w:r>
      <w:r w:rsidR="00231B25" w:rsidRPr="00231B25">
        <w:rPr>
          <w:lang w:val="ru-RU"/>
        </w:rPr>
        <w:t xml:space="preserve"> </w:t>
      </w:r>
      <w:r w:rsidR="00231B25" w:rsidRPr="00231B25">
        <w:rPr>
          <w:b/>
          <w:bCs/>
        </w:rPr>
        <w:t>https</w:t>
      </w:r>
      <w:r w:rsidR="00231B25" w:rsidRPr="00231B25">
        <w:rPr>
          <w:b/>
          <w:bCs/>
          <w:lang w:val="ru-RU"/>
        </w:rPr>
        <w:t>://</w:t>
      </w:r>
      <w:proofErr w:type="spellStart"/>
      <w:r w:rsidR="00231B25" w:rsidRPr="00231B25">
        <w:rPr>
          <w:b/>
          <w:bCs/>
        </w:rPr>
        <w:t>pastukhov</w:t>
      </w:r>
      <w:proofErr w:type="spellEnd"/>
      <w:r w:rsidR="00231B25" w:rsidRPr="00231B25">
        <w:rPr>
          <w:b/>
          <w:bCs/>
          <w:lang w:val="ru-RU"/>
        </w:rPr>
        <w:t>-</w:t>
      </w:r>
      <w:proofErr w:type="spellStart"/>
      <w:r w:rsidR="00231B25" w:rsidRPr="00231B25">
        <w:rPr>
          <w:b/>
          <w:bCs/>
        </w:rPr>
        <w:t>ochenvkusno</w:t>
      </w:r>
      <w:proofErr w:type="spellEnd"/>
      <w:r w:rsidR="00231B25" w:rsidRPr="00231B25">
        <w:rPr>
          <w:b/>
          <w:bCs/>
          <w:lang w:val="ru-RU"/>
        </w:rPr>
        <w:t>.</w:t>
      </w:r>
      <w:proofErr w:type="spellStart"/>
      <w:r w:rsidR="00231B25" w:rsidRPr="00231B25">
        <w:rPr>
          <w:b/>
          <w:bCs/>
        </w:rPr>
        <w:t>ru</w:t>
      </w:r>
      <w:proofErr w:type="spellEnd"/>
      <w:r w:rsidR="00231B25" w:rsidRPr="00231B25">
        <w:rPr>
          <w:b/>
          <w:bCs/>
          <w:lang w:val="ru-RU"/>
        </w:rPr>
        <w:t>/</w:t>
      </w:r>
      <w:r w:rsidR="00231B25" w:rsidRPr="00231B25">
        <w:rPr>
          <w:b/>
          <w:bCs/>
        </w:rPr>
        <w:t>contacts</w:t>
      </w:r>
      <w:r w:rsidR="00231B25" w:rsidRPr="00231B25">
        <w:rPr>
          <w:b/>
          <w:bCs/>
          <w:lang w:val="ru-RU"/>
        </w:rPr>
        <w:t xml:space="preserve">/, </w:t>
      </w:r>
      <w:r w:rsidR="00231B25" w:rsidRPr="00231B25">
        <w:rPr>
          <w:b/>
          <w:bCs/>
        </w:rPr>
        <w:t>https</w:t>
      </w:r>
      <w:r w:rsidR="00231B25" w:rsidRPr="00231B25">
        <w:rPr>
          <w:b/>
          <w:bCs/>
          <w:lang w:val="ru-RU"/>
        </w:rPr>
        <w:t>://</w:t>
      </w:r>
      <w:proofErr w:type="spellStart"/>
      <w:r w:rsidR="00231B25" w:rsidRPr="00231B25">
        <w:rPr>
          <w:b/>
          <w:bCs/>
        </w:rPr>
        <w:t>pastukhov</w:t>
      </w:r>
      <w:proofErr w:type="spellEnd"/>
      <w:r w:rsidR="00231B25" w:rsidRPr="00231B25">
        <w:rPr>
          <w:b/>
          <w:bCs/>
          <w:lang w:val="ru-RU"/>
        </w:rPr>
        <w:t>-</w:t>
      </w:r>
      <w:proofErr w:type="spellStart"/>
      <w:r w:rsidR="00231B25" w:rsidRPr="00231B25">
        <w:rPr>
          <w:b/>
          <w:bCs/>
        </w:rPr>
        <w:t>ochenvkusno</w:t>
      </w:r>
      <w:proofErr w:type="spellEnd"/>
      <w:r w:rsidR="00231B25" w:rsidRPr="00231B25">
        <w:rPr>
          <w:b/>
          <w:bCs/>
          <w:lang w:val="ru-RU"/>
        </w:rPr>
        <w:t>.</w:t>
      </w:r>
      <w:proofErr w:type="spellStart"/>
      <w:r w:rsidR="00231B25" w:rsidRPr="00231B25">
        <w:rPr>
          <w:b/>
          <w:bCs/>
        </w:rPr>
        <w:t>ru</w:t>
      </w:r>
      <w:proofErr w:type="spellEnd"/>
      <w:r w:rsidR="00231B25" w:rsidRPr="00231B25">
        <w:rPr>
          <w:b/>
          <w:bCs/>
          <w:lang w:val="ru-RU"/>
        </w:rPr>
        <w:t>/#</w:t>
      </w:r>
      <w:r w:rsidR="00231B25" w:rsidRPr="00231B25">
        <w:rPr>
          <w:b/>
          <w:bCs/>
        </w:rPr>
        <w:t>feedback</w:t>
      </w:r>
      <w:r w:rsidR="00231B25" w:rsidRPr="00231B25">
        <w:rPr>
          <w:b/>
          <w:bCs/>
          <w:lang w:val="ru-RU"/>
        </w:rPr>
        <w:t xml:space="preserve"> и </w:t>
      </w:r>
      <w:r w:rsidR="00231B25" w:rsidRPr="00231B25">
        <w:rPr>
          <w:b/>
          <w:bCs/>
        </w:rPr>
        <w:t>https</w:t>
      </w:r>
      <w:r w:rsidR="00231B25" w:rsidRPr="00231B25">
        <w:rPr>
          <w:b/>
          <w:bCs/>
          <w:lang w:val="ru-RU"/>
        </w:rPr>
        <w:t>://</w:t>
      </w:r>
      <w:proofErr w:type="spellStart"/>
      <w:r w:rsidR="00231B25" w:rsidRPr="00231B25">
        <w:rPr>
          <w:b/>
          <w:bCs/>
        </w:rPr>
        <w:t>pastukhov</w:t>
      </w:r>
      <w:proofErr w:type="spellEnd"/>
      <w:r w:rsidR="00231B25" w:rsidRPr="00231B25">
        <w:rPr>
          <w:b/>
          <w:bCs/>
          <w:lang w:val="ru-RU"/>
        </w:rPr>
        <w:t>-</w:t>
      </w:r>
      <w:proofErr w:type="spellStart"/>
      <w:r w:rsidR="00231B25" w:rsidRPr="00231B25">
        <w:rPr>
          <w:b/>
          <w:bCs/>
        </w:rPr>
        <w:t>ochenvkusno</w:t>
      </w:r>
      <w:proofErr w:type="spellEnd"/>
      <w:r w:rsidR="00231B25" w:rsidRPr="00231B25">
        <w:rPr>
          <w:b/>
          <w:bCs/>
          <w:lang w:val="ru-RU"/>
        </w:rPr>
        <w:t>.</w:t>
      </w:r>
      <w:proofErr w:type="spellStart"/>
      <w:r w:rsidR="00231B25" w:rsidRPr="00231B25">
        <w:rPr>
          <w:b/>
          <w:bCs/>
        </w:rPr>
        <w:t>ru</w:t>
      </w:r>
      <w:proofErr w:type="spellEnd"/>
      <w:r w:rsidR="00231B25" w:rsidRPr="00231B25">
        <w:rPr>
          <w:b/>
          <w:bCs/>
          <w:lang w:val="ru-RU"/>
        </w:rPr>
        <w:t>/</w:t>
      </w:r>
      <w:r w:rsidR="00231B25" w:rsidRPr="00231B25">
        <w:rPr>
          <w:b/>
          <w:bCs/>
        </w:rPr>
        <w:t>about</w:t>
      </w:r>
      <w:r w:rsidR="00231B25" w:rsidRPr="00231B25">
        <w:rPr>
          <w:b/>
          <w:bCs/>
          <w:lang w:val="ru-RU"/>
        </w:rPr>
        <w:t>/.</w:t>
      </w:r>
      <w:r w:rsidR="00231B25" w:rsidRPr="00231B25">
        <w:rPr>
          <w:lang w:val="ru-RU"/>
        </w:rPr>
        <w:t xml:space="preserve"> </w:t>
      </w:r>
      <w:r w:rsidRPr="003F6700">
        <w:rPr>
          <w:color w:val="202020"/>
          <w:lang w:val="ru-RU"/>
        </w:rPr>
        <w:t>Выполняемые операции: сбор, запись, систематизация, накопление, хранение, уточнение (обновление, изменение), использование, передача (при необходимости) уполномоченным лицам — обработчикам, обезличивание, блокирование и уничтожение.</w:t>
      </w:r>
    </w:p>
    <w:bookmarkEnd w:id="0"/>
    <w:p w14:paraId="151AC47E" w14:textId="77777777" w:rsidR="003876FD" w:rsidRPr="003F6700" w:rsidRDefault="00692A4A" w:rsidP="0053288A">
      <w:pPr>
        <w:spacing w:after="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6.3. </w:t>
      </w:r>
      <w:r w:rsidRPr="003F6700">
        <w:rPr>
          <w:b/>
          <w:color w:val="202020"/>
          <w:lang w:val="ru-RU"/>
        </w:rPr>
        <w:t>Обработка персональных данных в разделе «Сотрудничество», подразделе «Дистрибьюторам».</w:t>
      </w:r>
    </w:p>
    <w:p w14:paraId="3EF0DFE1" w14:textId="77777777" w:rsidR="003876FD" w:rsidRPr="003F6700" w:rsidRDefault="00692A4A" w:rsidP="0053288A">
      <w:pPr>
        <w:spacing w:after="0"/>
        <w:ind w:left="36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6.3.1. </w:t>
      </w:r>
      <w:r w:rsidRPr="003F6700">
        <w:rPr>
          <w:color w:val="202020"/>
          <w:lang w:val="ru-RU"/>
        </w:rPr>
        <w:t>Состав обрабатываемых персональных данных: имя, телефон, электронная почта.</w:t>
      </w:r>
    </w:p>
    <w:p w14:paraId="39C986DE" w14:textId="77777777" w:rsidR="003876FD" w:rsidRPr="003F6700" w:rsidRDefault="00692A4A" w:rsidP="0053288A">
      <w:pPr>
        <w:spacing w:after="0"/>
        <w:ind w:left="36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6.3.2. </w:t>
      </w:r>
      <w:r w:rsidRPr="003F6700">
        <w:rPr>
          <w:color w:val="202020"/>
          <w:lang w:val="ru-RU"/>
        </w:rPr>
        <w:t>Цель обработки — обеспечение внешних и внутренних коммуникаций.</w:t>
      </w:r>
    </w:p>
    <w:p w14:paraId="0347BB1C" w14:textId="2029CD79" w:rsidR="003876FD" w:rsidRDefault="00692A4A" w:rsidP="0053288A">
      <w:pPr>
        <w:spacing w:after="0"/>
        <w:ind w:left="360"/>
        <w:jc w:val="both"/>
        <w:rPr>
          <w:color w:val="202020"/>
          <w:lang w:val="ru-RU"/>
        </w:rPr>
      </w:pPr>
      <w:r w:rsidRPr="003F6700">
        <w:rPr>
          <w:b/>
          <w:color w:val="2E74B5"/>
          <w:lang w:val="ru-RU"/>
        </w:rPr>
        <w:t xml:space="preserve">6.3.3. </w:t>
      </w:r>
      <w:r w:rsidRPr="003F6700">
        <w:rPr>
          <w:color w:val="202020"/>
          <w:lang w:val="ru-RU"/>
        </w:rPr>
        <w:t xml:space="preserve">Обработка персональных данных осуществляется на основании добровольного, информированного согласия субъекта персональных данных, выраженного проставлением отметки (галочки) в специальном поле формы при её отправке. Проставление отметки подтверждает, что субъект ознакомлен с настоящей Политикой и даёт согласие на обработку указанных персональных данных в целях, предусмотренных п. 6.3.2. При отсутствии отметки отправка формы и обработка персональных данных не производятся. Согласие может быть отозвано субъектом в любое время путём направления заявления Оператору по адресу электронной почты: </w:t>
      </w:r>
      <w:hyperlink r:id="rId6" w:history="1">
        <w:r w:rsidR="00231B25" w:rsidRPr="00A90742">
          <w:rPr>
            <w:rStyle w:val="aff8"/>
            <w:lang w:val="ru-RU"/>
          </w:rPr>
          <w:t>news@1st-choco.ru</w:t>
        </w:r>
      </w:hyperlink>
      <w:r w:rsidRPr="003F6700">
        <w:rPr>
          <w:color w:val="202020"/>
          <w:lang w:val="ru-RU"/>
        </w:rPr>
        <w:t>.</w:t>
      </w:r>
    </w:p>
    <w:p w14:paraId="7B109828" w14:textId="283D8AC5" w:rsidR="00231B25" w:rsidRPr="003F6700" w:rsidRDefault="00231B25" w:rsidP="0053288A">
      <w:pPr>
        <w:spacing w:after="0"/>
        <w:ind w:left="360"/>
        <w:jc w:val="both"/>
        <w:rPr>
          <w:lang w:val="ru-RU"/>
        </w:rPr>
      </w:pPr>
      <w:bookmarkStart w:id="1" w:name="_Hlk242695052"/>
      <w:r w:rsidRPr="00231B25">
        <w:rPr>
          <w:b/>
          <w:bCs/>
          <w:color w:val="4F81BD" w:themeColor="accent1"/>
          <w:lang w:val="ru-RU"/>
        </w:rPr>
        <w:lastRenderedPageBreak/>
        <w:t>6.</w:t>
      </w:r>
      <w:r w:rsidRPr="00231B25">
        <w:rPr>
          <w:b/>
          <w:bCs/>
          <w:color w:val="4F81BD" w:themeColor="accent1"/>
          <w:lang w:val="ru-RU"/>
        </w:rPr>
        <w:t>3</w:t>
      </w:r>
      <w:r w:rsidRPr="00231B25">
        <w:rPr>
          <w:b/>
          <w:bCs/>
          <w:color w:val="4F81BD" w:themeColor="accent1"/>
          <w:lang w:val="ru-RU"/>
        </w:rPr>
        <w:t>.</w:t>
      </w:r>
      <w:r w:rsidRPr="00231B25">
        <w:rPr>
          <w:b/>
          <w:bCs/>
          <w:color w:val="4F81BD" w:themeColor="accent1"/>
          <w:lang w:val="ru-RU"/>
        </w:rPr>
        <w:t>4</w:t>
      </w:r>
      <w:r w:rsidRPr="00231B25">
        <w:rPr>
          <w:b/>
          <w:bCs/>
          <w:color w:val="4F81BD" w:themeColor="accent1"/>
          <w:lang w:val="ru-RU"/>
        </w:rPr>
        <w:t>.</w:t>
      </w:r>
      <w:r w:rsidRPr="00231B25">
        <w:rPr>
          <w:color w:val="4F81BD" w:themeColor="accent1"/>
          <w:lang w:val="ru-RU"/>
        </w:rPr>
        <w:t xml:space="preserve"> </w:t>
      </w:r>
      <w:r w:rsidRPr="00231B25">
        <w:rPr>
          <w:lang w:val="ru-RU"/>
        </w:rPr>
        <w:t xml:space="preserve">Оператор собирает данные путём заполнения пользователем Сайта формы </w:t>
      </w:r>
      <w:r>
        <w:rPr>
          <w:lang w:val="ru-RU"/>
        </w:rPr>
        <w:t xml:space="preserve">в </w:t>
      </w:r>
      <w:r w:rsidR="00D116D0">
        <w:rPr>
          <w:lang w:val="ru-RU"/>
        </w:rPr>
        <w:t>соответствующем</w:t>
      </w:r>
      <w:r w:rsidR="00D116D0" w:rsidRPr="00231B25">
        <w:rPr>
          <w:lang w:val="ru-RU"/>
        </w:rPr>
        <w:t xml:space="preserve"> разделе</w:t>
      </w:r>
      <w:r w:rsidRPr="00231B25">
        <w:rPr>
          <w:highlight w:val="yellow"/>
          <w:lang w:val="ru-RU"/>
        </w:rPr>
        <w:t xml:space="preserve"> сайта по адресу: </w:t>
      </w:r>
      <w:r w:rsidRPr="00231B25">
        <w:rPr>
          <w:highlight w:val="yellow"/>
          <w:lang w:val="ru-RU"/>
        </w:rPr>
        <w:t>https://pastukhov-ochenvkusno.ru/cooperation/#distributor</w:t>
      </w:r>
      <w:r w:rsidRPr="00231B25">
        <w:rPr>
          <w:highlight w:val="yellow"/>
          <w:lang w:val="ru-RU"/>
        </w:rPr>
        <w:t>.</w:t>
      </w:r>
      <w:r w:rsidRPr="00231B25">
        <w:rPr>
          <w:lang w:val="ru-RU"/>
        </w:rPr>
        <w:t xml:space="preserve"> Выполняемые операции: сбор, запись, систематизация, накопление, хранение, уточнение (обновление, изменение), использование, передача (при необходимости) уполномоченным лицам — обработчикам, обезличивание, блокирование и уничтожение.</w:t>
      </w:r>
    </w:p>
    <w:bookmarkEnd w:id="1"/>
    <w:p w14:paraId="71E1C715" w14:textId="77777777" w:rsidR="003876FD" w:rsidRPr="003F6700" w:rsidRDefault="00692A4A" w:rsidP="0053288A">
      <w:pPr>
        <w:spacing w:after="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6.4. </w:t>
      </w:r>
      <w:r w:rsidRPr="003F6700">
        <w:rPr>
          <w:b/>
          <w:color w:val="202020"/>
          <w:lang w:val="ru-RU"/>
        </w:rPr>
        <w:t>Обработка персональных данных в разделе «Сотрудничество», подразделе «</w:t>
      </w:r>
      <w:proofErr w:type="spellStart"/>
      <w:r>
        <w:rPr>
          <w:b/>
          <w:color w:val="202020"/>
        </w:rPr>
        <w:t>HoReCa</w:t>
      </w:r>
      <w:proofErr w:type="spellEnd"/>
      <w:r w:rsidRPr="003F6700">
        <w:rPr>
          <w:b/>
          <w:color w:val="202020"/>
          <w:lang w:val="ru-RU"/>
        </w:rPr>
        <w:t>».</w:t>
      </w:r>
    </w:p>
    <w:p w14:paraId="7D9F6D62" w14:textId="77777777" w:rsidR="003876FD" w:rsidRPr="003F6700" w:rsidRDefault="00692A4A" w:rsidP="0053288A">
      <w:pPr>
        <w:spacing w:after="0"/>
        <w:ind w:left="36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6.4.1. </w:t>
      </w:r>
      <w:r w:rsidRPr="003F6700">
        <w:rPr>
          <w:color w:val="202020"/>
          <w:lang w:val="ru-RU"/>
        </w:rPr>
        <w:t>Состав обрабатываемых персональных данных: имя, телефон, электронная почта.</w:t>
      </w:r>
    </w:p>
    <w:p w14:paraId="68344A00" w14:textId="77777777" w:rsidR="003876FD" w:rsidRPr="003F6700" w:rsidRDefault="00692A4A" w:rsidP="0053288A">
      <w:pPr>
        <w:spacing w:after="0"/>
        <w:ind w:left="36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6.4.2. </w:t>
      </w:r>
      <w:r w:rsidRPr="003F6700">
        <w:rPr>
          <w:color w:val="202020"/>
          <w:lang w:val="ru-RU"/>
        </w:rPr>
        <w:t>Цель обработки — обеспечение внешних и внутренних коммуникаций.</w:t>
      </w:r>
    </w:p>
    <w:p w14:paraId="3907D684" w14:textId="2139F218" w:rsidR="003876FD" w:rsidRDefault="00692A4A" w:rsidP="0053288A">
      <w:pPr>
        <w:spacing w:after="0"/>
        <w:ind w:left="360"/>
        <w:jc w:val="both"/>
        <w:rPr>
          <w:color w:val="202020"/>
          <w:lang w:val="ru-RU"/>
        </w:rPr>
      </w:pPr>
      <w:r w:rsidRPr="003F6700">
        <w:rPr>
          <w:b/>
          <w:color w:val="2E74B5"/>
          <w:lang w:val="ru-RU"/>
        </w:rPr>
        <w:t xml:space="preserve">6.4.3. </w:t>
      </w:r>
      <w:r w:rsidRPr="003F6700">
        <w:rPr>
          <w:color w:val="202020"/>
          <w:lang w:val="ru-RU"/>
        </w:rPr>
        <w:t xml:space="preserve">Обработка персональных данных осуществляется на основании добровольного, информированного согласия субъекта персональных данных, выраженного проставлением отметки (галочки) в специальном поле формы при её отправке. Проставление отметки подтверждает, что субъект ознакомлен с настоящей Политикой и даёт согласие на обработку указанных персональных данных в целях, предусмотренных п. 6.4.2. При отсутствии отметки отправка формы и обработка персональных данных не производятся. Согласие может быть отозвано субъектом в любое время путём направления заявления Оператору по адресу электронной почты: </w:t>
      </w:r>
      <w:hyperlink r:id="rId7" w:history="1">
        <w:r w:rsidR="00D116D0" w:rsidRPr="00A90742">
          <w:rPr>
            <w:rStyle w:val="aff8"/>
            <w:lang w:val="ru-RU"/>
          </w:rPr>
          <w:t>news@1st-choco.ru</w:t>
        </w:r>
      </w:hyperlink>
      <w:r w:rsidRPr="003F6700">
        <w:rPr>
          <w:color w:val="202020"/>
          <w:lang w:val="ru-RU"/>
        </w:rPr>
        <w:t>.</w:t>
      </w:r>
    </w:p>
    <w:p w14:paraId="1AEBBE98" w14:textId="7A02CAE0" w:rsidR="00D116D0" w:rsidRPr="003F6700" w:rsidRDefault="00D116D0" w:rsidP="00D116D0">
      <w:pPr>
        <w:spacing w:after="0"/>
        <w:ind w:left="360"/>
        <w:jc w:val="both"/>
        <w:rPr>
          <w:lang w:val="ru-RU"/>
        </w:rPr>
      </w:pPr>
      <w:bookmarkStart w:id="2" w:name="_Hlk242695109"/>
      <w:r w:rsidRPr="00231B25">
        <w:rPr>
          <w:b/>
          <w:bCs/>
          <w:color w:val="4F81BD" w:themeColor="accent1"/>
          <w:lang w:val="ru-RU"/>
        </w:rPr>
        <w:t>6.</w:t>
      </w:r>
      <w:r>
        <w:rPr>
          <w:b/>
          <w:bCs/>
          <w:color w:val="4F81BD" w:themeColor="accent1"/>
          <w:lang w:val="ru-RU"/>
        </w:rPr>
        <w:t>4</w:t>
      </w:r>
      <w:r w:rsidRPr="00231B25">
        <w:rPr>
          <w:b/>
          <w:bCs/>
          <w:color w:val="4F81BD" w:themeColor="accent1"/>
          <w:lang w:val="ru-RU"/>
        </w:rPr>
        <w:t>.4.</w:t>
      </w:r>
      <w:r w:rsidRPr="00231B25">
        <w:rPr>
          <w:color w:val="4F81BD" w:themeColor="accent1"/>
          <w:lang w:val="ru-RU"/>
        </w:rPr>
        <w:t xml:space="preserve"> </w:t>
      </w:r>
      <w:r w:rsidRPr="00231B25">
        <w:rPr>
          <w:lang w:val="ru-RU"/>
        </w:rPr>
        <w:t xml:space="preserve">Оператор собирает данные путём заполнения пользователем Сайта формы </w:t>
      </w:r>
      <w:r>
        <w:rPr>
          <w:lang w:val="ru-RU"/>
        </w:rPr>
        <w:t>в соответствующем</w:t>
      </w:r>
      <w:r w:rsidRPr="00231B25">
        <w:rPr>
          <w:lang w:val="ru-RU"/>
        </w:rPr>
        <w:t xml:space="preserve"> разделе</w:t>
      </w:r>
      <w:r w:rsidRPr="00231B25">
        <w:rPr>
          <w:highlight w:val="yellow"/>
          <w:lang w:val="ru-RU"/>
        </w:rPr>
        <w:t xml:space="preserve"> сайта по адресу: https://pastukhov-ochenvkusno.ru/cooperation/#horeca.</w:t>
      </w:r>
      <w:r w:rsidRPr="00231B25">
        <w:rPr>
          <w:lang w:val="ru-RU"/>
        </w:rPr>
        <w:t xml:space="preserve"> Выполняемые операции: сбор, запись, систематизация, накопление, хранение, уточнение (обновление, изменение), использование, передача (при необходимости) уполномоченным лицам — обработчикам, обезличивание, блокирование и уничтожение.</w:t>
      </w:r>
    </w:p>
    <w:bookmarkEnd w:id="2"/>
    <w:p w14:paraId="7E848DE9" w14:textId="60FB979F" w:rsidR="00D116D0" w:rsidRPr="003F6700" w:rsidRDefault="00D116D0" w:rsidP="0053288A">
      <w:pPr>
        <w:spacing w:after="0"/>
        <w:ind w:left="360"/>
        <w:jc w:val="both"/>
        <w:rPr>
          <w:lang w:val="ru-RU"/>
        </w:rPr>
      </w:pPr>
    </w:p>
    <w:p w14:paraId="7CBD4ABC" w14:textId="77777777" w:rsidR="003876FD" w:rsidRPr="003F6700" w:rsidRDefault="00692A4A" w:rsidP="0053288A">
      <w:pPr>
        <w:spacing w:after="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6.5. </w:t>
      </w:r>
      <w:r w:rsidRPr="003F6700">
        <w:rPr>
          <w:b/>
          <w:color w:val="202020"/>
          <w:lang w:val="ru-RU"/>
        </w:rPr>
        <w:t>Обработка персональных данных в разделе «Сотрудничество», подразделе «Креаторам».</w:t>
      </w:r>
    </w:p>
    <w:p w14:paraId="04E904C3" w14:textId="2FEFE01D" w:rsidR="003876FD" w:rsidRPr="003F6700" w:rsidRDefault="00692A4A" w:rsidP="0053288A">
      <w:pPr>
        <w:spacing w:after="0"/>
        <w:ind w:left="36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6.5.1. </w:t>
      </w:r>
      <w:r w:rsidRPr="003F6700">
        <w:rPr>
          <w:color w:val="202020"/>
          <w:lang w:val="ru-RU"/>
        </w:rPr>
        <w:t>Состав обрабатываемых персональных данных: имя, телефон, электронная почта</w:t>
      </w:r>
      <w:r w:rsidR="00D116D0" w:rsidRPr="00D116D0">
        <w:rPr>
          <w:lang w:val="ru-RU"/>
        </w:rPr>
        <w:t xml:space="preserve"> </w:t>
      </w:r>
      <w:r w:rsidR="00D116D0" w:rsidRPr="00D116D0">
        <w:rPr>
          <w:color w:val="202020"/>
          <w:lang w:val="ru-RU"/>
        </w:rPr>
        <w:t xml:space="preserve">ссылки на </w:t>
      </w:r>
      <w:r w:rsidR="00D116D0">
        <w:rPr>
          <w:color w:val="202020"/>
          <w:lang w:val="ru-RU"/>
        </w:rPr>
        <w:t>рабочие профили в социальных сетях</w:t>
      </w:r>
      <w:r w:rsidR="00CF034F">
        <w:rPr>
          <w:color w:val="202020"/>
          <w:lang w:val="ru-RU"/>
        </w:rPr>
        <w:t xml:space="preserve">: </w:t>
      </w:r>
      <w:r w:rsidR="00D116D0" w:rsidRPr="00D116D0">
        <w:rPr>
          <w:color w:val="202020"/>
          <w:lang w:val="ru-RU"/>
        </w:rPr>
        <w:t>«ВКонтакте</w:t>
      </w:r>
      <w:r w:rsidR="00D116D0">
        <w:rPr>
          <w:color w:val="202020"/>
          <w:lang w:val="ru-RU"/>
        </w:rPr>
        <w:t>»</w:t>
      </w:r>
      <w:r w:rsidR="00CF034F">
        <w:rPr>
          <w:color w:val="202020"/>
          <w:lang w:val="ru-RU"/>
        </w:rPr>
        <w:t>,</w:t>
      </w:r>
      <w:r w:rsidR="00D116D0" w:rsidRPr="00D116D0">
        <w:rPr>
          <w:color w:val="202020"/>
          <w:lang w:val="ru-RU"/>
        </w:rPr>
        <w:t xml:space="preserve"> </w:t>
      </w:r>
      <w:r w:rsidR="00CF034F">
        <w:rPr>
          <w:color w:val="202020"/>
          <w:lang w:val="ru-RU"/>
        </w:rPr>
        <w:t>«</w:t>
      </w:r>
      <w:r w:rsidR="00D116D0" w:rsidRPr="00D116D0">
        <w:rPr>
          <w:color w:val="202020"/>
          <w:lang w:val="ru-RU"/>
        </w:rPr>
        <w:t>YouTube</w:t>
      </w:r>
      <w:r w:rsidR="00CF034F">
        <w:rPr>
          <w:color w:val="202020"/>
          <w:lang w:val="ru-RU"/>
        </w:rPr>
        <w:t>» и «</w:t>
      </w:r>
      <w:r w:rsidR="00CF034F">
        <w:rPr>
          <w:color w:val="202020"/>
        </w:rPr>
        <w:t>telegram</w:t>
      </w:r>
      <w:r w:rsidR="00CF034F">
        <w:rPr>
          <w:color w:val="202020"/>
          <w:lang w:val="ru-RU"/>
        </w:rPr>
        <w:t>»</w:t>
      </w:r>
      <w:r w:rsidRPr="003F6700">
        <w:rPr>
          <w:color w:val="202020"/>
          <w:lang w:val="ru-RU"/>
        </w:rPr>
        <w:t>.</w:t>
      </w:r>
    </w:p>
    <w:p w14:paraId="7A68670E" w14:textId="3D9BE02C" w:rsidR="003876FD" w:rsidRPr="003F6700" w:rsidRDefault="00692A4A" w:rsidP="0053288A">
      <w:pPr>
        <w:spacing w:after="0"/>
        <w:ind w:left="36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6.5.2. </w:t>
      </w:r>
      <w:r w:rsidRPr="003F6700">
        <w:rPr>
          <w:color w:val="202020"/>
          <w:lang w:val="ru-RU"/>
        </w:rPr>
        <w:t xml:space="preserve">Цель обработки — </w:t>
      </w:r>
      <w:r w:rsidR="00CF034F" w:rsidRPr="00CF034F">
        <w:rPr>
          <w:color w:val="202020"/>
          <w:lang w:val="ru-RU"/>
        </w:rPr>
        <w:t>Подготовка, заключение и исполнение гражданско-правового договора</w:t>
      </w:r>
      <w:r w:rsidRPr="003F6700">
        <w:rPr>
          <w:color w:val="202020"/>
          <w:lang w:val="ru-RU"/>
        </w:rPr>
        <w:t>.</w:t>
      </w:r>
    </w:p>
    <w:p w14:paraId="12468976" w14:textId="60995CB9" w:rsidR="003876FD" w:rsidRDefault="00692A4A" w:rsidP="0053288A">
      <w:pPr>
        <w:spacing w:after="0"/>
        <w:ind w:left="360"/>
        <w:jc w:val="both"/>
        <w:rPr>
          <w:color w:val="202020"/>
          <w:lang w:val="ru-RU"/>
        </w:rPr>
      </w:pPr>
      <w:r w:rsidRPr="003F6700">
        <w:rPr>
          <w:b/>
          <w:color w:val="2E74B5"/>
          <w:lang w:val="ru-RU"/>
        </w:rPr>
        <w:t xml:space="preserve">6.5.3. </w:t>
      </w:r>
      <w:r w:rsidRPr="003F6700">
        <w:rPr>
          <w:color w:val="202020"/>
          <w:lang w:val="ru-RU"/>
        </w:rPr>
        <w:t xml:space="preserve">Обработка персональных данных осуществляется на основании добровольного, информированного согласия субъекта персональных данных, выраженного проставлением отметки (галочки) в специальном поле формы при её отправке. Проставление отметки подтверждает, что субъект ознакомлен с настоящей Политикой и даёт согласие на обработку указанных персональных данных в целях, предусмотренных п. 6.5.2. При отсутствии отметки отправка формы и обработка персональных данных не производятся. Согласие может быть отозвано субъектом в любое время путём направления заявления Оператору по адресу электронной почты: </w:t>
      </w:r>
      <w:hyperlink r:id="rId8" w:history="1">
        <w:r w:rsidR="00D116D0" w:rsidRPr="00A90742">
          <w:rPr>
            <w:rStyle w:val="aff8"/>
            <w:lang w:val="ru-RU"/>
          </w:rPr>
          <w:t>news@1st-choco.ru</w:t>
        </w:r>
      </w:hyperlink>
      <w:r w:rsidRPr="003F6700">
        <w:rPr>
          <w:color w:val="202020"/>
          <w:lang w:val="ru-RU"/>
        </w:rPr>
        <w:t>.</w:t>
      </w:r>
    </w:p>
    <w:p w14:paraId="1A5DB1DC" w14:textId="330F932C" w:rsidR="00D116D0" w:rsidRPr="003F6700" w:rsidRDefault="00D116D0" w:rsidP="00D116D0">
      <w:pPr>
        <w:spacing w:after="0"/>
        <w:ind w:left="360"/>
        <w:jc w:val="both"/>
        <w:rPr>
          <w:lang w:val="ru-RU"/>
        </w:rPr>
      </w:pPr>
      <w:r w:rsidRPr="00231B25">
        <w:rPr>
          <w:b/>
          <w:bCs/>
          <w:color w:val="4F81BD" w:themeColor="accent1"/>
          <w:lang w:val="ru-RU"/>
        </w:rPr>
        <w:t>6.</w:t>
      </w:r>
      <w:r>
        <w:rPr>
          <w:b/>
          <w:bCs/>
          <w:color w:val="4F81BD" w:themeColor="accent1"/>
          <w:lang w:val="ru-RU"/>
        </w:rPr>
        <w:t>5</w:t>
      </w:r>
      <w:r w:rsidRPr="00231B25">
        <w:rPr>
          <w:b/>
          <w:bCs/>
          <w:color w:val="4F81BD" w:themeColor="accent1"/>
          <w:lang w:val="ru-RU"/>
        </w:rPr>
        <w:t>.4.</w:t>
      </w:r>
      <w:r w:rsidRPr="00231B25">
        <w:rPr>
          <w:color w:val="4F81BD" w:themeColor="accent1"/>
          <w:lang w:val="ru-RU"/>
        </w:rPr>
        <w:t xml:space="preserve"> </w:t>
      </w:r>
      <w:r w:rsidRPr="00231B25">
        <w:rPr>
          <w:lang w:val="ru-RU"/>
        </w:rPr>
        <w:t xml:space="preserve">Оператор собирает данные путём заполнения пользователем Сайта формы </w:t>
      </w:r>
      <w:r>
        <w:rPr>
          <w:lang w:val="ru-RU"/>
        </w:rPr>
        <w:t>в соответствующем</w:t>
      </w:r>
      <w:r w:rsidRPr="00231B25">
        <w:rPr>
          <w:lang w:val="ru-RU"/>
        </w:rPr>
        <w:t xml:space="preserve"> разделе</w:t>
      </w:r>
      <w:r w:rsidRPr="00231B25">
        <w:rPr>
          <w:highlight w:val="yellow"/>
          <w:lang w:val="ru-RU"/>
        </w:rPr>
        <w:t xml:space="preserve"> сайта по адресу: https://pastukhov-ochenvkusno.ru/cooperation/#creators.</w:t>
      </w:r>
      <w:r w:rsidRPr="00231B25">
        <w:rPr>
          <w:lang w:val="ru-RU"/>
        </w:rPr>
        <w:t xml:space="preserve"> Выполняемые операции: сбор, запись, систематизация, накопление, хранение, уточнение (обновление, изменение), использование, передача (при необходимости) уполномоченным лицам — обработчикам, обезличивание, блокирование и уничтожение.</w:t>
      </w:r>
    </w:p>
    <w:p w14:paraId="3DD1540A" w14:textId="77777777" w:rsidR="00D116D0" w:rsidRPr="003F6700" w:rsidRDefault="00D116D0" w:rsidP="0053288A">
      <w:pPr>
        <w:spacing w:after="0"/>
        <w:ind w:left="360"/>
        <w:jc w:val="both"/>
        <w:rPr>
          <w:lang w:val="ru-RU"/>
        </w:rPr>
      </w:pPr>
    </w:p>
    <w:p w14:paraId="371433A2" w14:textId="77777777" w:rsidR="003876FD" w:rsidRPr="003F6700" w:rsidRDefault="00692A4A" w:rsidP="0053288A">
      <w:pPr>
        <w:spacing w:after="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6.6. </w:t>
      </w:r>
      <w:r w:rsidRPr="003F6700">
        <w:rPr>
          <w:b/>
          <w:color w:val="202020"/>
          <w:lang w:val="ru-RU"/>
        </w:rPr>
        <w:t>Объём и методы обработки.</w:t>
      </w:r>
    </w:p>
    <w:p w14:paraId="1D0D976F" w14:textId="77777777" w:rsidR="003876FD" w:rsidRPr="003F6700" w:rsidRDefault="00692A4A" w:rsidP="0053288A">
      <w:pPr>
        <w:spacing w:after="0"/>
        <w:ind w:left="36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6.6.1. </w:t>
      </w:r>
      <w:r w:rsidRPr="003F6700">
        <w:rPr>
          <w:color w:val="202020"/>
          <w:lang w:val="ru-RU"/>
        </w:rPr>
        <w:t>Оператор осуществляет автоматизированную обработку персональных данных, состав которых указан в настоящем разделе.</w:t>
      </w:r>
    </w:p>
    <w:p w14:paraId="2D773F0A" w14:textId="77777777" w:rsidR="003876FD" w:rsidRDefault="00692A4A" w:rsidP="0053288A">
      <w:pPr>
        <w:spacing w:after="0"/>
        <w:ind w:left="360"/>
        <w:jc w:val="both"/>
        <w:rPr>
          <w:color w:val="202020"/>
          <w:lang w:val="ru-RU"/>
        </w:rPr>
      </w:pPr>
      <w:r w:rsidRPr="003F6700">
        <w:rPr>
          <w:b/>
          <w:color w:val="2E74B5"/>
          <w:lang w:val="ru-RU"/>
        </w:rPr>
        <w:t xml:space="preserve">6.6.2. </w:t>
      </w:r>
      <w:r w:rsidRPr="003F6700">
        <w:rPr>
          <w:color w:val="202020"/>
          <w:lang w:val="ru-RU"/>
        </w:rPr>
        <w:t>Выполняемые операции с персональными данными: сбор, запись, систематизация, накопление, хранение, уточнение (обновление, изменение), использование, передача (при необходимости) уполномоченным лицам — обработчикам, обезличивание, блокирование и уничтожение.</w:t>
      </w:r>
    </w:p>
    <w:p w14:paraId="52BA2192" w14:textId="77777777" w:rsidR="0053288A" w:rsidRPr="003F6700" w:rsidRDefault="0053288A" w:rsidP="0053288A">
      <w:pPr>
        <w:spacing w:after="0"/>
        <w:ind w:left="360"/>
        <w:jc w:val="both"/>
        <w:rPr>
          <w:lang w:val="ru-RU"/>
        </w:rPr>
      </w:pPr>
    </w:p>
    <w:p w14:paraId="49A6CE0E" w14:textId="77777777" w:rsidR="003876FD" w:rsidRPr="003F6700" w:rsidRDefault="00692A4A" w:rsidP="0053288A">
      <w:pPr>
        <w:keepNext/>
        <w:spacing w:after="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lastRenderedPageBreak/>
        <w:t>7. ЗАЩИТА ПЕРСОНАЛЬНЫХ ДАННЫХ И ГАРАНТИИ КОНФИДЕНЦИАЛЬНОСТИ</w:t>
      </w:r>
    </w:p>
    <w:p w14:paraId="1F3BDE22" w14:textId="77777777" w:rsidR="003876FD" w:rsidRPr="003F6700" w:rsidRDefault="00692A4A" w:rsidP="0053288A">
      <w:pPr>
        <w:spacing w:after="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7.1. </w:t>
      </w:r>
      <w:r w:rsidRPr="003F6700">
        <w:rPr>
          <w:color w:val="202020"/>
          <w:lang w:val="ru-RU"/>
        </w:rPr>
        <w:t>К обработке персональных данных допускаются работники Оператора, в должностные обязанности которых входит обработка персональных данных.</w:t>
      </w:r>
    </w:p>
    <w:p w14:paraId="56C5792B" w14:textId="77777777" w:rsidR="003876FD" w:rsidRPr="003F6700" w:rsidRDefault="00692A4A" w:rsidP="0053288A">
      <w:pPr>
        <w:spacing w:after="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7.2. </w:t>
      </w:r>
      <w:r w:rsidRPr="003F6700">
        <w:rPr>
          <w:color w:val="202020"/>
          <w:lang w:val="ru-RU"/>
        </w:rPr>
        <w:t>Оператор осуществляет автоматизированную обработку персональных данных, состав которых указан в разделах 4 и 6 настоящей Политики.</w:t>
      </w:r>
    </w:p>
    <w:p w14:paraId="70C65703" w14:textId="77777777" w:rsidR="003876FD" w:rsidRPr="003F6700" w:rsidRDefault="00692A4A" w:rsidP="0053288A">
      <w:pPr>
        <w:spacing w:after="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7.3. </w:t>
      </w:r>
      <w:r w:rsidRPr="003F6700">
        <w:rPr>
          <w:color w:val="202020"/>
          <w:lang w:val="ru-RU"/>
        </w:rPr>
        <w:t>Не допускается раскрытие третьим лицам и распространение персональных данных без согласия субъекта персональных данных, если иное не предусмотрено федеральным законом.</w:t>
      </w:r>
    </w:p>
    <w:p w14:paraId="0404F99E" w14:textId="77777777" w:rsidR="003876FD" w:rsidRPr="003F6700" w:rsidRDefault="00692A4A" w:rsidP="0053288A">
      <w:pPr>
        <w:spacing w:after="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7.4. </w:t>
      </w:r>
      <w:r w:rsidRPr="003F6700">
        <w:rPr>
          <w:color w:val="202020"/>
          <w:lang w:val="ru-RU"/>
        </w:rPr>
        <w:t>Предоставление персональных данных по требованию государственных органов Российской Федерации, в том числе, но не ограничиваясь, по требованию органов дознания и следствия, Федеральной налоговой службы Российской Федерации и её территориальных органов, Фонда пенсионного и социального страхования Российской Федерации и иных уполномоченных органов исполнительной власти и организаций, осуществляется в соответствии с требованиями законодательства Российской Федерации.</w:t>
      </w:r>
    </w:p>
    <w:p w14:paraId="4DE8C8B0" w14:textId="77777777" w:rsidR="003876FD" w:rsidRPr="003F6700" w:rsidRDefault="00692A4A" w:rsidP="0053288A">
      <w:pPr>
        <w:spacing w:after="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7.5. </w:t>
      </w:r>
      <w:r w:rsidRPr="003F6700">
        <w:rPr>
          <w:color w:val="202020"/>
          <w:lang w:val="ru-RU"/>
        </w:rPr>
        <w:t>Оператор принимает необходимые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распространения и иных несанкционированных действий, в том числе:</w:t>
      </w:r>
    </w:p>
    <w:p w14:paraId="7667DACE" w14:textId="77777777" w:rsidR="003876FD" w:rsidRPr="003F6700" w:rsidRDefault="00692A4A" w:rsidP="0053288A">
      <w:pPr>
        <w:spacing w:after="0"/>
        <w:ind w:left="720" w:hanging="24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1. </w:t>
      </w:r>
      <w:r w:rsidRPr="003F6700">
        <w:rPr>
          <w:color w:val="202020"/>
          <w:lang w:val="ru-RU"/>
        </w:rPr>
        <w:t>определяет угрозы безопасности персональных данных при их обработке;</w:t>
      </w:r>
    </w:p>
    <w:p w14:paraId="09420CFF" w14:textId="77777777" w:rsidR="003876FD" w:rsidRPr="003F6700" w:rsidRDefault="00692A4A" w:rsidP="0053288A">
      <w:pPr>
        <w:spacing w:after="0"/>
        <w:ind w:left="720" w:hanging="24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2. </w:t>
      </w:r>
      <w:r w:rsidRPr="003F6700">
        <w:rPr>
          <w:color w:val="202020"/>
          <w:lang w:val="ru-RU"/>
        </w:rPr>
        <w:t>принимает локальные нормативные акты и иные документы, регулирующие отношения в сфере обработки и защиты персональных данных;</w:t>
      </w:r>
    </w:p>
    <w:p w14:paraId="45F9455D" w14:textId="77777777" w:rsidR="003876FD" w:rsidRPr="003F6700" w:rsidRDefault="00692A4A" w:rsidP="0053288A">
      <w:pPr>
        <w:spacing w:after="0"/>
        <w:ind w:left="720" w:hanging="24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3. </w:t>
      </w:r>
      <w:r w:rsidRPr="003F6700">
        <w:rPr>
          <w:color w:val="202020"/>
          <w:lang w:val="ru-RU"/>
        </w:rPr>
        <w:t>назначает лиц, ответственных за обеспечение безопасности персональных данных в структурных подразделениях и информационных системах Оператора;</w:t>
      </w:r>
    </w:p>
    <w:p w14:paraId="06E6D981" w14:textId="77777777" w:rsidR="003876FD" w:rsidRPr="003F6700" w:rsidRDefault="00692A4A" w:rsidP="0053288A">
      <w:pPr>
        <w:spacing w:after="0"/>
        <w:ind w:left="720" w:hanging="24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4. </w:t>
      </w:r>
      <w:r w:rsidRPr="003F6700">
        <w:rPr>
          <w:color w:val="202020"/>
          <w:lang w:val="ru-RU"/>
        </w:rPr>
        <w:t>создаёт необходимые условия для работы с персональными данными;</w:t>
      </w:r>
    </w:p>
    <w:p w14:paraId="6132DFBC" w14:textId="77777777" w:rsidR="003876FD" w:rsidRPr="003F6700" w:rsidRDefault="00692A4A" w:rsidP="0053288A">
      <w:pPr>
        <w:spacing w:after="0"/>
        <w:ind w:left="720" w:hanging="24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5. </w:t>
      </w:r>
      <w:r w:rsidRPr="003F6700">
        <w:rPr>
          <w:color w:val="202020"/>
          <w:lang w:val="ru-RU"/>
        </w:rPr>
        <w:t>организует учёт документов, содержащих персональные данные;</w:t>
      </w:r>
    </w:p>
    <w:p w14:paraId="77BE2023" w14:textId="77777777" w:rsidR="003876FD" w:rsidRPr="003F6700" w:rsidRDefault="00692A4A" w:rsidP="0053288A">
      <w:pPr>
        <w:spacing w:after="0"/>
        <w:ind w:left="720" w:hanging="24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6. </w:t>
      </w:r>
      <w:r w:rsidRPr="003F6700">
        <w:rPr>
          <w:color w:val="202020"/>
          <w:lang w:val="ru-RU"/>
        </w:rPr>
        <w:t>организует работу с информационными системами, в которых обрабатываются персональные данные;</w:t>
      </w:r>
    </w:p>
    <w:p w14:paraId="53E3CDAF" w14:textId="77777777" w:rsidR="003876FD" w:rsidRPr="003F6700" w:rsidRDefault="00692A4A" w:rsidP="0053288A">
      <w:pPr>
        <w:spacing w:after="0"/>
        <w:ind w:left="720" w:hanging="24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7. </w:t>
      </w:r>
      <w:r w:rsidRPr="003F6700">
        <w:rPr>
          <w:color w:val="202020"/>
          <w:lang w:val="ru-RU"/>
        </w:rPr>
        <w:t>хранит персональные данные в условиях, при которых обеспечивается их сохранность и исключается неправомерный доступ к ним;</w:t>
      </w:r>
    </w:p>
    <w:p w14:paraId="65568CDC" w14:textId="77777777" w:rsidR="003876FD" w:rsidRPr="003F6700" w:rsidRDefault="00692A4A" w:rsidP="0053288A">
      <w:pPr>
        <w:spacing w:after="0"/>
        <w:ind w:left="720" w:hanging="24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8. </w:t>
      </w:r>
      <w:r w:rsidRPr="003F6700">
        <w:rPr>
          <w:color w:val="202020"/>
          <w:lang w:val="ru-RU"/>
        </w:rPr>
        <w:t>организует обучение работников Оператора, осуществляющих обработку персональных данных.</w:t>
      </w:r>
    </w:p>
    <w:p w14:paraId="4466CF67" w14:textId="77777777" w:rsidR="003876FD" w:rsidRPr="003F6700" w:rsidRDefault="00692A4A" w:rsidP="0053288A">
      <w:pPr>
        <w:spacing w:after="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7.6. </w:t>
      </w:r>
      <w:r w:rsidRPr="003F6700">
        <w:rPr>
          <w:color w:val="202020"/>
          <w:lang w:val="ru-RU"/>
        </w:rPr>
        <w:t>При сборе персональных данных, в том числе посредством информационно-телекоммуникационной сети «Интернет», Оператор обеспечивает запись, систематизацию, накопление, хранение, уточнение (обновление, изменение), извлечение персональных данных граждан Российской Федерации с использованием баз данных, находящихся на территории Российской Федерации, за исключением случаев, указанных в Законе о персональных данных.</w:t>
      </w:r>
    </w:p>
    <w:p w14:paraId="372F8972" w14:textId="77777777" w:rsidR="003876FD" w:rsidRPr="003F6700" w:rsidRDefault="00692A4A" w:rsidP="0053288A">
      <w:pPr>
        <w:spacing w:after="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7.7. </w:t>
      </w:r>
      <w:r w:rsidRPr="003F6700">
        <w:rPr>
          <w:color w:val="202020"/>
          <w:lang w:val="ru-RU"/>
        </w:rPr>
        <w:t>Все работники Оператора, осуществляющие обработку персональных данных, обязаны хранить конфиденциальность сведений, содержащих персональные данные, в соответствии с настоящей Политикой и требованиями законодательства Российской Федерации.</w:t>
      </w:r>
    </w:p>
    <w:p w14:paraId="35B8AAE3" w14:textId="77777777" w:rsidR="003876FD" w:rsidRPr="003F6700" w:rsidRDefault="00692A4A" w:rsidP="0053288A">
      <w:pPr>
        <w:spacing w:after="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7.8. </w:t>
      </w:r>
      <w:r w:rsidRPr="003F6700">
        <w:rPr>
          <w:color w:val="202020"/>
          <w:lang w:val="ru-RU"/>
        </w:rPr>
        <w:t>Пользователь Сайта вправе получать полную информацию о своих персональных данных, об их обработке, использовании и хранении, запрашивать доступ к своим данным, требовать их уточнения, блокирования, удаления, ограничивать обработку, отзывать согласие на обработку персональных данных полностью или частично, а также реализовывать иные права, предусмотренные законодательством. Запрос направляется по контактам Оператора, указанным в настоящей Политике. Оператор вправе запрашивать подтверждение личности для исполнения запроса.</w:t>
      </w:r>
    </w:p>
    <w:p w14:paraId="0880A374" w14:textId="77777777" w:rsidR="003876FD" w:rsidRDefault="00692A4A" w:rsidP="0053288A">
      <w:pPr>
        <w:spacing w:after="0"/>
        <w:jc w:val="both"/>
        <w:rPr>
          <w:color w:val="202020"/>
          <w:lang w:val="ru-RU"/>
        </w:rPr>
      </w:pPr>
      <w:r w:rsidRPr="003F6700">
        <w:rPr>
          <w:b/>
          <w:color w:val="2E74B5"/>
          <w:lang w:val="ru-RU"/>
        </w:rPr>
        <w:t xml:space="preserve">7.9. </w:t>
      </w:r>
      <w:r w:rsidRPr="003F6700">
        <w:rPr>
          <w:color w:val="202020"/>
          <w:lang w:val="ru-RU"/>
        </w:rPr>
        <w:t>Лица, виновные в нарушении норм, регулирующих получение, обработку и защиту персональных данных, несут дисциплинарную, административную, гражданско-правовую или уголовную ответственность в соответствии с законодательством Российской Федерации.</w:t>
      </w:r>
    </w:p>
    <w:p w14:paraId="4A0B5C93" w14:textId="77777777" w:rsidR="0053288A" w:rsidRPr="003F6700" w:rsidRDefault="0053288A" w:rsidP="0053288A">
      <w:pPr>
        <w:spacing w:after="0"/>
        <w:jc w:val="both"/>
        <w:rPr>
          <w:lang w:val="ru-RU"/>
        </w:rPr>
      </w:pPr>
    </w:p>
    <w:p w14:paraId="30EB5F86" w14:textId="77777777" w:rsidR="003876FD" w:rsidRPr="003F6700" w:rsidRDefault="00692A4A" w:rsidP="0053288A">
      <w:pPr>
        <w:keepNext/>
        <w:spacing w:after="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>8. ХРАНЕНИЕ ПЕРСОНАЛЬНЫХ ДАННЫХ</w:t>
      </w:r>
    </w:p>
    <w:p w14:paraId="50BC75A4" w14:textId="77777777" w:rsidR="003876FD" w:rsidRPr="003F6700" w:rsidRDefault="00692A4A" w:rsidP="0053288A">
      <w:pPr>
        <w:spacing w:after="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8.1. </w:t>
      </w:r>
      <w:r w:rsidRPr="003F6700">
        <w:rPr>
          <w:color w:val="202020"/>
          <w:lang w:val="ru-RU"/>
        </w:rPr>
        <w:t>Персональные данные пользователей, обрабатываемые Оператором в соответствии с настоящей Политикой, хранятся в информационной системе Оператора. Доступ к данным предоставляется исключительно уполномоченным сотрудникам и привлекаемым обработчикам в объёме, необходимом для исполнения служебных обязанностей, и осуществляется на основании разграничения прав доступа и процедур аутентификации. Для защиты данных применяются технические и организационные меры, включая шифрование при передаче и хранении, резервное копирование, ведение электронных журналов доступа.</w:t>
      </w:r>
    </w:p>
    <w:p w14:paraId="68F9E5E0" w14:textId="77777777" w:rsidR="003876FD" w:rsidRPr="003F6700" w:rsidRDefault="00692A4A" w:rsidP="0053288A">
      <w:pPr>
        <w:spacing w:after="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8.2. </w:t>
      </w:r>
      <w:r w:rsidRPr="003F6700">
        <w:rPr>
          <w:color w:val="202020"/>
          <w:lang w:val="ru-RU"/>
        </w:rPr>
        <w:t>Не допускается хранение и размещение документов, содержащих персональные данные, в открытых электронных каталогах (файлообменниках).</w:t>
      </w:r>
    </w:p>
    <w:p w14:paraId="55F49F49" w14:textId="77777777" w:rsidR="003876FD" w:rsidRPr="003F6700" w:rsidRDefault="00692A4A" w:rsidP="0053288A">
      <w:pPr>
        <w:spacing w:after="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8.3. </w:t>
      </w:r>
      <w:r w:rsidRPr="003F6700">
        <w:rPr>
          <w:color w:val="202020"/>
          <w:lang w:val="ru-RU"/>
        </w:rPr>
        <w:t>Хранение персональных данных в форме, позволяющей определить субъекта персональных данных, осуществляется не дольше, чем этого требуют цели их обработки. Персональные данные подлежат уничтожению по достижении целей обработки или в случае утраты необходимости в их достижении.</w:t>
      </w:r>
    </w:p>
    <w:p w14:paraId="248F965A" w14:textId="77777777" w:rsidR="003876FD" w:rsidRPr="003F6700" w:rsidRDefault="00692A4A" w:rsidP="0053288A">
      <w:pPr>
        <w:spacing w:after="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8.4. </w:t>
      </w:r>
      <w:r w:rsidRPr="003F6700">
        <w:rPr>
          <w:color w:val="202020"/>
          <w:lang w:val="ru-RU"/>
        </w:rPr>
        <w:t>Персональные данные уничтожаются путём стирания или форматирования носителя.</w:t>
      </w:r>
    </w:p>
    <w:p w14:paraId="3387C493" w14:textId="77777777" w:rsidR="003876FD" w:rsidRDefault="00692A4A" w:rsidP="0053288A">
      <w:pPr>
        <w:spacing w:after="0"/>
        <w:jc w:val="both"/>
        <w:rPr>
          <w:color w:val="202020"/>
          <w:lang w:val="ru-RU"/>
        </w:rPr>
      </w:pPr>
      <w:r w:rsidRPr="003F6700">
        <w:rPr>
          <w:b/>
          <w:color w:val="2E74B5"/>
          <w:lang w:val="ru-RU"/>
        </w:rPr>
        <w:t xml:space="preserve">8.5. </w:t>
      </w:r>
      <w:r w:rsidRPr="003F6700">
        <w:rPr>
          <w:color w:val="202020"/>
          <w:lang w:val="ru-RU"/>
        </w:rPr>
        <w:t>Факт уничтожения персональных данных подтверждается документально актом об уничтожении носителей.</w:t>
      </w:r>
    </w:p>
    <w:p w14:paraId="7A8D18FC" w14:textId="77777777" w:rsidR="0053288A" w:rsidRPr="003F6700" w:rsidRDefault="0053288A" w:rsidP="0053288A">
      <w:pPr>
        <w:spacing w:after="0"/>
        <w:jc w:val="both"/>
        <w:rPr>
          <w:lang w:val="ru-RU"/>
        </w:rPr>
      </w:pPr>
    </w:p>
    <w:p w14:paraId="120476BB" w14:textId="77777777" w:rsidR="003876FD" w:rsidRPr="003F6700" w:rsidRDefault="00692A4A" w:rsidP="0053288A">
      <w:pPr>
        <w:keepNext/>
        <w:spacing w:after="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>9. ЗАКЛЮЧИТЕЛЬНЫЕ ПОЛОЖЕНИЯ</w:t>
      </w:r>
    </w:p>
    <w:p w14:paraId="504BAF16" w14:textId="77777777" w:rsidR="003876FD" w:rsidRPr="003F6700" w:rsidRDefault="00692A4A" w:rsidP="0053288A">
      <w:pPr>
        <w:spacing w:after="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9.1. </w:t>
      </w:r>
      <w:r w:rsidRPr="003F6700">
        <w:rPr>
          <w:color w:val="202020"/>
          <w:lang w:val="ru-RU"/>
        </w:rPr>
        <w:t xml:space="preserve">Оператор является оператором персональных данных и зарегистрирован в реестре операторов персональных данных Федеральной службы по надзору в сфере связи, информационных технологий и массовых коммуникаций (Роскомнадзор). Обработка персональных данных осуществляется Оператором в соответствии с Федеральным законом от 27.07.2006 № 152-ФЗ «О персональных данных» и иными нормативными правовыми актами Российской Федерации. Регистрационный номер оператора в реестре Роскомнадзора: </w:t>
      </w:r>
      <w:r w:rsidR="0053288A" w:rsidRPr="0053288A">
        <w:rPr>
          <w:color w:val="202020"/>
          <w:lang w:val="ru-RU"/>
        </w:rPr>
        <w:t>77-23-146022</w:t>
      </w:r>
      <w:r w:rsidRPr="003F6700">
        <w:rPr>
          <w:color w:val="202020"/>
          <w:lang w:val="ru-RU"/>
        </w:rPr>
        <w:t>.</w:t>
      </w:r>
    </w:p>
    <w:p w14:paraId="0288BFF4" w14:textId="77777777" w:rsidR="003876FD" w:rsidRPr="003F6700" w:rsidRDefault="00692A4A" w:rsidP="0053288A">
      <w:pPr>
        <w:spacing w:after="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9.2. </w:t>
      </w:r>
      <w:r w:rsidRPr="003F6700">
        <w:rPr>
          <w:color w:val="202020"/>
          <w:lang w:val="ru-RU"/>
        </w:rPr>
        <w:t xml:space="preserve">Пользователь может получить любые разъяснения по интересующим вопросам, касающимся обработки его персональных данных, обратившись к Оператору по адресу электронной почты: </w:t>
      </w:r>
      <w:r w:rsidR="0053288A" w:rsidRPr="0053288A">
        <w:rPr>
          <w:color w:val="202020"/>
          <w:lang w:val="ru-RU"/>
        </w:rPr>
        <w:t>news@1st-choco.ru</w:t>
      </w:r>
      <w:r w:rsidRPr="003F6700">
        <w:rPr>
          <w:color w:val="202020"/>
          <w:lang w:val="ru-RU"/>
        </w:rPr>
        <w:t>.</w:t>
      </w:r>
    </w:p>
    <w:p w14:paraId="5338A8C4" w14:textId="77777777" w:rsidR="003876FD" w:rsidRPr="003F6700" w:rsidRDefault="00692A4A" w:rsidP="0053288A">
      <w:pPr>
        <w:spacing w:after="0"/>
        <w:jc w:val="both"/>
        <w:rPr>
          <w:lang w:val="ru-RU"/>
        </w:rPr>
      </w:pPr>
      <w:r w:rsidRPr="003F6700">
        <w:rPr>
          <w:b/>
          <w:color w:val="2E74B5"/>
          <w:lang w:val="ru-RU"/>
        </w:rPr>
        <w:t xml:space="preserve">9.3. </w:t>
      </w:r>
      <w:r w:rsidRPr="003F6700">
        <w:rPr>
          <w:color w:val="202020"/>
          <w:lang w:val="ru-RU"/>
        </w:rPr>
        <w:t xml:space="preserve">Настоящий документ действует бессрочно до замены его новой версией. Оператор вправе вносить изменения в Политику в одностороннем порядке. Актуальная редакция Политики размещена по адресу: </w:t>
      </w:r>
      <w:r w:rsidR="0053288A" w:rsidRPr="0053288A">
        <w:rPr>
          <w:color w:val="FF0000"/>
          <w:lang w:val="ru-RU"/>
        </w:rPr>
        <w:t>https://pastukhov-ochenvkusno.ru/privacy/</w:t>
      </w:r>
      <w:r w:rsidRPr="003F6700">
        <w:rPr>
          <w:color w:val="202020"/>
          <w:lang w:val="ru-RU"/>
        </w:rPr>
        <w:t>.</w:t>
      </w:r>
    </w:p>
    <w:sectPr w:rsidR="003876FD" w:rsidRPr="003F6700" w:rsidSect="0053288A">
      <w:pgSz w:w="12240" w:h="15840"/>
      <w:pgMar w:top="567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A4A"/>
    <w:rsid w:val="00034616"/>
    <w:rsid w:val="0006063C"/>
    <w:rsid w:val="0015074B"/>
    <w:rsid w:val="00231B25"/>
    <w:rsid w:val="0029639D"/>
    <w:rsid w:val="00326F90"/>
    <w:rsid w:val="003876FD"/>
    <w:rsid w:val="003F6700"/>
    <w:rsid w:val="0053288A"/>
    <w:rsid w:val="00692A4A"/>
    <w:rsid w:val="00866B61"/>
    <w:rsid w:val="00AA1D8D"/>
    <w:rsid w:val="00B47730"/>
    <w:rsid w:val="00CB0664"/>
    <w:rsid w:val="00CF034F"/>
    <w:rsid w:val="00D116D0"/>
    <w:rsid w:val="00D27CA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201A07"/>
  <w14:defaultImageDpi w14:val="300"/>
  <w15:docId w15:val="{73482933-7417-49B8-B97E-2C7F5AC8B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eastAsia="MS Gothic"/>
      <w:b/>
      <w:bCs/>
      <w:color w:val="365F91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eastAsia="MS Gothic"/>
      <w:b/>
      <w:bCs/>
      <w:color w:val="4F81BD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eastAsia="MS Gothic"/>
      <w:b/>
      <w:bCs/>
      <w:color w:val="4F81BD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eastAsia="MS Gothic"/>
      <w:b/>
      <w:bCs/>
      <w:i/>
      <w:iCs/>
      <w:color w:val="4F81BD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eastAsia="MS Gothic"/>
      <w:color w:val="243F6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eastAsia="MS Gothic"/>
      <w:i/>
      <w:iCs/>
      <w:color w:val="243F6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eastAsia="MS Gothic"/>
      <w:i/>
      <w:iCs/>
      <w:color w:val="404040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eastAsia="MS Gothic"/>
      <w:color w:val="4F81BD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eastAsia="MS Gothic"/>
      <w:i/>
      <w:iCs/>
      <w:color w:val="404040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rPr>
      <w:sz w:val="22"/>
      <w:szCs w:val="22"/>
      <w:lang w:val="en-US" w:eastAsia="en-US"/>
    </w:rPr>
  </w:style>
  <w:style w:type="character" w:customStyle="1" w:styleId="10">
    <w:name w:val="Заголовок 1 Знак"/>
    <w:link w:val="1"/>
    <w:uiPriority w:val="9"/>
    <w:rsid w:val="00FC693F"/>
    <w:rPr>
      <w:rFonts w:ascii="Calibri" w:eastAsia="MS Gothic" w:hAnsi="Calibri" w:cs="Times New Roman"/>
      <w:b/>
      <w:bCs/>
      <w:color w:val="365F91"/>
      <w:sz w:val="28"/>
      <w:szCs w:val="28"/>
    </w:rPr>
  </w:style>
  <w:style w:type="character" w:customStyle="1" w:styleId="22">
    <w:name w:val="Заголовок 2 Знак"/>
    <w:link w:val="21"/>
    <w:uiPriority w:val="9"/>
    <w:rsid w:val="00FC693F"/>
    <w:rPr>
      <w:rFonts w:ascii="Calibri" w:eastAsia="MS Gothic" w:hAnsi="Calibri" w:cs="Times New Roman"/>
      <w:b/>
      <w:bCs/>
      <w:color w:val="4F81BD"/>
      <w:sz w:val="26"/>
      <w:szCs w:val="26"/>
    </w:rPr>
  </w:style>
  <w:style w:type="character" w:customStyle="1" w:styleId="32">
    <w:name w:val="Заголовок 3 Знак"/>
    <w:link w:val="31"/>
    <w:uiPriority w:val="9"/>
    <w:rsid w:val="00FC693F"/>
    <w:rPr>
      <w:rFonts w:ascii="Calibri" w:eastAsia="MS Gothic" w:hAnsi="Calibri" w:cs="Times New Roman"/>
      <w:b/>
      <w:bCs/>
      <w:color w:val="4F81BD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/>
      </w:pBdr>
      <w:spacing w:after="300" w:line="240" w:lineRule="auto"/>
      <w:contextualSpacing/>
    </w:pPr>
    <w:rPr>
      <w:rFonts w:eastAsia="MS Gothic"/>
      <w:color w:val="17365D"/>
      <w:spacing w:val="5"/>
      <w:kern w:val="28"/>
      <w:sz w:val="52"/>
      <w:szCs w:val="52"/>
    </w:rPr>
  </w:style>
  <w:style w:type="character" w:customStyle="1" w:styleId="ab">
    <w:name w:val="Заголовок Знак"/>
    <w:link w:val="aa"/>
    <w:uiPriority w:val="10"/>
    <w:rsid w:val="00FC693F"/>
    <w:rPr>
      <w:rFonts w:ascii="Calibri" w:eastAsia="MS Gothic" w:hAnsi="Calibri" w:cs="Times New Roman"/>
      <w:color w:val="17365D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eastAsia="MS Gothic"/>
      <w:i/>
      <w:iCs/>
      <w:color w:val="4F81BD"/>
      <w:spacing w:val="15"/>
      <w:sz w:val="24"/>
      <w:szCs w:val="24"/>
    </w:rPr>
  </w:style>
  <w:style w:type="character" w:customStyle="1" w:styleId="ad">
    <w:name w:val="Подзаголовок Знак"/>
    <w:link w:val="ac"/>
    <w:uiPriority w:val="11"/>
    <w:rsid w:val="00FC693F"/>
    <w:rPr>
      <w:rFonts w:ascii="Calibri" w:eastAsia="MS Gothic" w:hAnsi="Calibri" w:cs="Times New Roman"/>
      <w:i/>
      <w:iCs/>
      <w:color w:val="4F81BD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val="en-US" w:eastAsia="en-US"/>
    </w:rPr>
  </w:style>
  <w:style w:type="character" w:customStyle="1" w:styleId="af4">
    <w:name w:val="Текст макроса Знак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/>
    </w:rPr>
  </w:style>
  <w:style w:type="character" w:customStyle="1" w:styleId="28">
    <w:name w:val="Цитата 2 Знак"/>
    <w:link w:val="27"/>
    <w:uiPriority w:val="29"/>
    <w:rsid w:val="00FC693F"/>
    <w:rPr>
      <w:i/>
      <w:iCs/>
      <w:color w:val="000000"/>
    </w:rPr>
  </w:style>
  <w:style w:type="character" w:customStyle="1" w:styleId="40">
    <w:name w:val="Заголовок 4 Знак"/>
    <w:link w:val="4"/>
    <w:uiPriority w:val="9"/>
    <w:semiHidden/>
    <w:rsid w:val="00FC693F"/>
    <w:rPr>
      <w:rFonts w:ascii="Calibri" w:eastAsia="MS Gothic" w:hAnsi="Calibri" w:cs="Times New Roman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"/>
    <w:semiHidden/>
    <w:rsid w:val="00FC693F"/>
    <w:rPr>
      <w:rFonts w:ascii="Calibri" w:eastAsia="MS Gothic" w:hAnsi="Calibri" w:cs="Times New Roman"/>
      <w:color w:val="243F60"/>
    </w:rPr>
  </w:style>
  <w:style w:type="character" w:customStyle="1" w:styleId="60">
    <w:name w:val="Заголовок 6 Знак"/>
    <w:link w:val="6"/>
    <w:uiPriority w:val="9"/>
    <w:semiHidden/>
    <w:rsid w:val="00FC693F"/>
    <w:rPr>
      <w:rFonts w:ascii="Calibri" w:eastAsia="MS Gothic" w:hAnsi="Calibri" w:cs="Times New Roman"/>
      <w:i/>
      <w:iCs/>
      <w:color w:val="243F60"/>
    </w:rPr>
  </w:style>
  <w:style w:type="character" w:customStyle="1" w:styleId="70">
    <w:name w:val="Заголовок 7 Знак"/>
    <w:link w:val="7"/>
    <w:uiPriority w:val="9"/>
    <w:semiHidden/>
    <w:rsid w:val="00FC693F"/>
    <w:rPr>
      <w:rFonts w:ascii="Calibri" w:eastAsia="MS Gothic" w:hAnsi="Calibri" w:cs="Times New Roman"/>
      <w:i/>
      <w:iCs/>
      <w:color w:val="404040"/>
    </w:rPr>
  </w:style>
  <w:style w:type="character" w:customStyle="1" w:styleId="80">
    <w:name w:val="Заголовок 8 Знак"/>
    <w:link w:val="8"/>
    <w:uiPriority w:val="9"/>
    <w:semiHidden/>
    <w:rsid w:val="00FC693F"/>
    <w:rPr>
      <w:rFonts w:ascii="Calibri" w:eastAsia="MS Gothic" w:hAnsi="Calibri" w:cs="Times New Roman"/>
      <w:color w:val="4F81BD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FC693F"/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/>
      <w:sz w:val="18"/>
      <w:szCs w:val="18"/>
    </w:rPr>
  </w:style>
  <w:style w:type="character" w:styleId="af6">
    <w:name w:val="Strong"/>
    <w:uiPriority w:val="22"/>
    <w:qFormat/>
    <w:rsid w:val="00FC693F"/>
    <w:rPr>
      <w:b/>
      <w:bCs/>
    </w:rPr>
  </w:style>
  <w:style w:type="character" w:styleId="af7">
    <w:name w:val="Emphasis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9">
    <w:name w:val="Выделенная цитата Знак"/>
    <w:link w:val="af8"/>
    <w:uiPriority w:val="30"/>
    <w:rsid w:val="00FC693F"/>
    <w:rPr>
      <w:b/>
      <w:bCs/>
      <w:i/>
      <w:iCs/>
      <w:color w:val="4F81BD"/>
    </w:rPr>
  </w:style>
  <w:style w:type="character" w:styleId="afa">
    <w:name w:val="Subtle Emphasis"/>
    <w:uiPriority w:val="19"/>
    <w:qFormat/>
    <w:rsid w:val="00FC693F"/>
    <w:rPr>
      <w:i/>
      <w:iCs/>
      <w:color w:val="808080"/>
    </w:rPr>
  </w:style>
  <w:style w:type="character" w:styleId="afb">
    <w:name w:val="Intense Emphasis"/>
    <w:uiPriority w:val="21"/>
    <w:qFormat/>
    <w:rsid w:val="00FC693F"/>
    <w:rPr>
      <w:b/>
      <w:bCs/>
      <w:i/>
      <w:iCs/>
      <w:color w:val="4F81BD"/>
    </w:rPr>
  </w:style>
  <w:style w:type="character" w:styleId="afc">
    <w:name w:val="Subtle Reference"/>
    <w:uiPriority w:val="31"/>
    <w:qFormat/>
    <w:rsid w:val="00FC693F"/>
    <w:rPr>
      <w:smallCaps/>
      <w:color w:val="C0504D"/>
      <w:u w:val="single"/>
    </w:rPr>
  </w:style>
  <w:style w:type="character" w:styleId="afd">
    <w:name w:val="Intense Reference"/>
    <w:uiPriority w:val="32"/>
    <w:qFormat/>
    <w:rsid w:val="00FC693F"/>
    <w:rPr>
      <w:b/>
      <w:bCs/>
      <w:smallCaps/>
      <w:color w:val="C0504D"/>
      <w:spacing w:val="5"/>
      <w:u w:val="single"/>
    </w:rPr>
  </w:style>
  <w:style w:type="character" w:styleId="afe">
    <w:name w:val="Book Title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-1">
    <w:name w:val="Light Shading Accent 1"/>
    <w:basedOn w:val="a3"/>
    <w:uiPriority w:val="60"/>
    <w:rsid w:val="00FC693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2">
    <w:name w:val="Light Shading Accent 2"/>
    <w:basedOn w:val="a3"/>
    <w:uiPriority w:val="60"/>
    <w:rsid w:val="00FC693F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-3">
    <w:name w:val="Light Shading Accent 3"/>
    <w:basedOn w:val="a3"/>
    <w:uiPriority w:val="60"/>
    <w:rsid w:val="00FC693F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4">
    <w:name w:val="Light Shading Accent 4"/>
    <w:basedOn w:val="a3"/>
    <w:uiPriority w:val="60"/>
    <w:rsid w:val="00FC693F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-5">
    <w:name w:val="Light Shading Accent 5"/>
    <w:basedOn w:val="a3"/>
    <w:uiPriority w:val="60"/>
    <w:rsid w:val="00FC693F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-6">
    <w:name w:val="Light Shading Accent 6"/>
    <w:basedOn w:val="a3"/>
    <w:uiPriority w:val="60"/>
    <w:rsid w:val="00FC693F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aff2">
    <w:name w:val="Light List"/>
    <w:basedOn w:val="a3"/>
    <w:uiPriority w:val="61"/>
    <w:rsid w:val="00FC693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10">
    <w:name w:val="Light List Accent 1"/>
    <w:basedOn w:val="a3"/>
    <w:uiPriority w:val="61"/>
    <w:rsid w:val="00FC693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-20">
    <w:name w:val="Light List Accent 2"/>
    <w:basedOn w:val="a3"/>
    <w:uiPriority w:val="61"/>
    <w:rsid w:val="00CB066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-30">
    <w:name w:val="Light List Accent 3"/>
    <w:basedOn w:val="a3"/>
    <w:uiPriority w:val="61"/>
    <w:rsid w:val="00CB0664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-40">
    <w:name w:val="Light List Accent 4"/>
    <w:basedOn w:val="a3"/>
    <w:uiPriority w:val="61"/>
    <w:rsid w:val="00CB0664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-50">
    <w:name w:val="Light List Accent 5"/>
    <w:basedOn w:val="a3"/>
    <w:uiPriority w:val="61"/>
    <w:rsid w:val="00CB0664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-60">
    <w:name w:val="Light List Accent 6"/>
    <w:basedOn w:val="a3"/>
    <w:uiPriority w:val="61"/>
    <w:rsid w:val="00CB0664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aff3">
    <w:name w:val="Light Grid"/>
    <w:basedOn w:val="a3"/>
    <w:uiPriority w:val="62"/>
    <w:rsid w:val="00CB0664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-11">
    <w:name w:val="Light Grid Accent 1"/>
    <w:basedOn w:val="a3"/>
    <w:uiPriority w:val="62"/>
    <w:rsid w:val="00CB0664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-21">
    <w:name w:val="Light Grid Accent 2"/>
    <w:basedOn w:val="a3"/>
    <w:uiPriority w:val="62"/>
    <w:rsid w:val="00CB066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-31">
    <w:name w:val="Light Grid Accent 3"/>
    <w:basedOn w:val="a3"/>
    <w:uiPriority w:val="62"/>
    <w:rsid w:val="00CB0664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-41">
    <w:name w:val="Light Grid Accent 4"/>
    <w:basedOn w:val="a3"/>
    <w:uiPriority w:val="62"/>
    <w:rsid w:val="00CB0664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-51">
    <w:name w:val="Light Grid Accent 5"/>
    <w:basedOn w:val="a3"/>
    <w:uiPriority w:val="62"/>
    <w:rsid w:val="00CB0664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-61">
    <w:name w:val="Light Grid Accent 6"/>
    <w:basedOn w:val="a3"/>
    <w:uiPriority w:val="62"/>
    <w:rsid w:val="00CB0664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11">
    <w:name w:val="Medium Shading 1"/>
    <w:basedOn w:val="a3"/>
    <w:uiPriority w:val="63"/>
    <w:rsid w:val="00CB0664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-10">
    <w:name w:val="Medium List 1 Accent 1"/>
    <w:basedOn w:val="a3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-20">
    <w:name w:val="Medium List 1 Accent 2"/>
    <w:basedOn w:val="a3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-30">
    <w:name w:val="Medium List 1 Accent 3"/>
    <w:basedOn w:val="a3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-40">
    <w:name w:val="Medium List 1 Accent 4"/>
    <w:basedOn w:val="a3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-50">
    <w:name w:val="Medium List 1 Accent 5"/>
    <w:basedOn w:val="a3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-60">
    <w:name w:val="Medium List 1 Accent 6"/>
    <w:basedOn w:val="a3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2a">
    <w:name w:val="Medium List 2"/>
    <w:basedOn w:val="a3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1-11">
    <w:name w:val="Medium Grid 1 Accent 1"/>
    <w:basedOn w:val="a3"/>
    <w:uiPriority w:val="67"/>
    <w:rsid w:val="00CB0664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1-21">
    <w:name w:val="Medium Grid 1 Accent 2"/>
    <w:basedOn w:val="a3"/>
    <w:uiPriority w:val="67"/>
    <w:rsid w:val="00CB0664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1-31">
    <w:name w:val="Medium Grid 1 Accent 3"/>
    <w:basedOn w:val="a3"/>
    <w:uiPriority w:val="67"/>
    <w:rsid w:val="00CB0664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1-41">
    <w:name w:val="Medium Grid 1 Accent 4"/>
    <w:basedOn w:val="a3"/>
    <w:uiPriority w:val="67"/>
    <w:rsid w:val="00CB0664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1-51">
    <w:name w:val="Medium Grid 1 Accent 5"/>
    <w:basedOn w:val="a3"/>
    <w:uiPriority w:val="67"/>
    <w:rsid w:val="00CB0664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1-61">
    <w:name w:val="Medium Grid 1 Accent 6"/>
    <w:basedOn w:val="a3"/>
    <w:uiPriority w:val="67"/>
    <w:rsid w:val="00CB0664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b">
    <w:name w:val="Medium Grid 2"/>
    <w:basedOn w:val="a3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-11">
    <w:name w:val="Medium Grid 2 Accent 1"/>
    <w:basedOn w:val="a3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-21">
    <w:name w:val="Medium Grid 2 Accent 2"/>
    <w:basedOn w:val="a3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-31">
    <w:name w:val="Medium Grid 2 Accent 3"/>
    <w:basedOn w:val="a3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-41">
    <w:name w:val="Medium Grid 2 Accent 4"/>
    <w:basedOn w:val="a3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-51">
    <w:name w:val="Medium Grid 2 Accent 5"/>
    <w:basedOn w:val="a3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-61">
    <w:name w:val="Medium Grid 2 Accent 6"/>
    <w:basedOn w:val="a3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37">
    <w:name w:val="Medium Grid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3-1">
    <w:name w:val="Medium Grid 3 Accent 1"/>
    <w:basedOn w:val="a3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3-2">
    <w:name w:val="Medium Grid 3 Accent 2"/>
    <w:basedOn w:val="a3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3-3">
    <w:name w:val="Medium Grid 3 Accent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3-4">
    <w:name w:val="Medium Grid 3 Accent 4"/>
    <w:basedOn w:val="a3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3-5">
    <w:name w:val="Medium Grid 3 Accent 5"/>
    <w:basedOn w:val="a3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3-6">
    <w:name w:val="Medium Grid 3 Accent 6"/>
    <w:basedOn w:val="a3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aff4">
    <w:name w:val="Dark List"/>
    <w:basedOn w:val="a3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-12">
    <w:name w:val="Dark List Accent 1"/>
    <w:basedOn w:val="a3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-22">
    <w:name w:val="Dark List Accent 2"/>
    <w:basedOn w:val="a3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-32">
    <w:name w:val="Dark List Accent 3"/>
    <w:basedOn w:val="a3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-42">
    <w:name w:val="Dark List Accent 4"/>
    <w:basedOn w:val="a3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-52">
    <w:name w:val="Dark List Accent 5"/>
    <w:basedOn w:val="a3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-62">
    <w:name w:val="Dark List Accent 6"/>
    <w:basedOn w:val="a3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aff5">
    <w:name w:val="Colorful Shading"/>
    <w:basedOn w:val="a3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13">
    <w:name w:val="Colorful Shading Accent 1"/>
    <w:basedOn w:val="a3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23">
    <w:name w:val="Colorful Shading Accent 2"/>
    <w:basedOn w:val="a3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33">
    <w:name w:val="Colorful Shading Accent 3"/>
    <w:basedOn w:val="a3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-43">
    <w:name w:val="Colorful Shading Accent 4"/>
    <w:basedOn w:val="a3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53">
    <w:name w:val="Colorful Shading Accent 5"/>
    <w:basedOn w:val="a3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63">
    <w:name w:val="Colorful Shading Accent 6"/>
    <w:basedOn w:val="a3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aff6">
    <w:name w:val="Colorful List"/>
    <w:basedOn w:val="a3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-14">
    <w:name w:val="Colorful List Accent 1"/>
    <w:basedOn w:val="a3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-24">
    <w:name w:val="Colorful List Accent 2"/>
    <w:basedOn w:val="a3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-34">
    <w:name w:val="Colorful List Accent 3"/>
    <w:basedOn w:val="a3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-44">
    <w:name w:val="Colorful List Accent 4"/>
    <w:basedOn w:val="a3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-54">
    <w:name w:val="Colorful List Accent 5"/>
    <w:basedOn w:val="a3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-64">
    <w:name w:val="Colorful List Accent 6"/>
    <w:basedOn w:val="a3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aff7">
    <w:name w:val="Colorful Grid"/>
    <w:basedOn w:val="a3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-15">
    <w:name w:val="Colorful Grid Accent 1"/>
    <w:basedOn w:val="a3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-25">
    <w:name w:val="Colorful Grid Accent 2"/>
    <w:basedOn w:val="a3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-35">
    <w:name w:val="Colorful Grid Accent 3"/>
    <w:basedOn w:val="a3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-45">
    <w:name w:val="Colorful Grid Accent 4"/>
    <w:basedOn w:val="a3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-55">
    <w:name w:val="Colorful Grid Accent 5"/>
    <w:basedOn w:val="a3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-65">
    <w:name w:val="Colorful Grid Accent 6"/>
    <w:basedOn w:val="a3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character" w:styleId="aff8">
    <w:name w:val="Hyperlink"/>
    <w:uiPriority w:val="99"/>
    <w:unhideWhenUsed/>
    <w:rsid w:val="0053288A"/>
    <w:rPr>
      <w:color w:val="0000FF"/>
      <w:u w:val="single"/>
    </w:rPr>
  </w:style>
  <w:style w:type="character" w:styleId="aff9">
    <w:name w:val="Unresolved Mention"/>
    <w:uiPriority w:val="99"/>
    <w:semiHidden/>
    <w:unhideWhenUsed/>
    <w:rsid w:val="005328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ws@1st-choco.ru" TargetMode="External"/><Relationship Id="rId3" Type="http://schemas.openxmlformats.org/officeDocument/2006/relationships/styles" Target="styles.xml"/><Relationship Id="rId7" Type="http://schemas.openxmlformats.org/officeDocument/2006/relationships/hyperlink" Target="mailto:news@1st-choco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news@1st-choco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.stepanova\Desktop\&#1055;&#1077;&#1088;&#1089;&#1086;&#1085;&#1072;&#1083;&#1100;&#1085;&#1099;&#1077;%20&#1076;&#1072;&#1085;&#1085;&#1099;&#1077;\&#1055;&#1064;\&#1055;&#1086;&#1083;&#1080;&#1090;&#1080;&#1082;&#1072;%20&#1086;&#1073;&#1088;&#1072;&#1073;&#1086;&#1090;&#1082;&#1080;%20&#1055;&#1044;%20&#1087;&#1096;%20&#1088;&#1077;&#1076;%204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Политика обработки ПД пш ред 4</Template>
  <TotalTime>29</TotalTime>
  <Pages>5</Pages>
  <Words>2250</Words>
  <Characters>12830</Characters>
  <Application>Microsoft Office Word</Application>
  <DocSecurity>0</DocSecurity>
  <Lines>106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15050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Степанова Полина Юрьевна</dc:creator>
  <cp:keywords/>
  <dc:description>generated by python-docx</dc:description>
  <cp:lastModifiedBy>Анжела Степанова</cp:lastModifiedBy>
  <cp:revision>2</cp:revision>
  <dcterms:created xsi:type="dcterms:W3CDTF">2026-10-07T07:40:00Z</dcterms:created>
  <dcterms:modified xsi:type="dcterms:W3CDTF">2026-10-12T08:18:00Z</dcterms:modified>
  <cp:category/>
</cp:coreProperties>
</file>